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DOG ADOPTION AGREEMENT</w:t>
      </w:r>
    </w:p>
    <w:p/>
    <w:p>
      <w:r>
        <w:rPr>
          <w:b w:val="0"/>
          <w:sz w:val="20"/>
        </w:rPr>
        <w:t>Adoption Location: ________________________________________________</w:t>
      </w:r>
    </w:p>
    <w:p/>
    <w:p>
      <w:r>
        <w:rPr>
          <w:b/>
          <w:sz w:val="20"/>
        </w:rPr>
        <w:t>Adopter Information:</w:t>
      </w:r>
    </w:p>
    <w:p>
      <w:r>
        <w:rPr>
          <w:b w:val="0"/>
          <w:sz w:val="20"/>
        </w:rPr>
        <w:t>Full Name: ______________________________________________________</w:t>
      </w:r>
    </w:p>
    <w:p>
      <w:r>
        <w:rPr>
          <w:b w:val="0"/>
          <w:sz w:val="20"/>
        </w:rPr>
        <w:t>Address: ________________________________________________________</w:t>
      </w:r>
    </w:p>
    <w:p>
      <w:r>
        <w:rPr>
          <w:b w:val="0"/>
          <w:sz w:val="20"/>
        </w:rPr>
        <w:t>Phone: __________________________________________________________</w:t>
      </w:r>
    </w:p>
    <w:p>
      <w:r>
        <w:rPr>
          <w:b w:val="0"/>
          <w:sz w:val="20"/>
        </w:rPr>
        <w:t>Email: __________________________________________________________</w:t>
      </w:r>
    </w:p>
    <w:p>
      <w:r>
        <w:rPr>
          <w:b w:val="0"/>
          <w:sz w:val="20"/>
        </w:rPr>
        <w:t>Driver’s License / ID No.: _________________________________________</w:t>
      </w:r>
    </w:p>
    <w:p/>
    <w:p>
      <w:r>
        <w:rPr>
          <w:b/>
          <w:sz w:val="20"/>
        </w:rPr>
        <w:t>Shelter / Rescue Organization Information:</w:t>
      </w:r>
    </w:p>
    <w:p>
      <w:r>
        <w:rPr>
          <w:b w:val="0"/>
          <w:sz w:val="20"/>
        </w:rPr>
        <w:t>Organization Name: ________________________________________________</w:t>
      </w:r>
    </w:p>
    <w:p>
      <w:r>
        <w:rPr>
          <w:b w:val="0"/>
          <w:sz w:val="20"/>
        </w:rPr>
        <w:t>Address: ________________________________________________________</w:t>
      </w:r>
    </w:p>
    <w:p>
      <w:r>
        <w:rPr>
          <w:b w:val="0"/>
          <w:sz w:val="20"/>
        </w:rPr>
        <w:t>Phone: __________________________________________________________</w:t>
      </w:r>
    </w:p>
    <w:p>
      <w:r>
        <w:rPr>
          <w:b w:val="0"/>
          <w:sz w:val="20"/>
        </w:rPr>
        <w:t>Email: __________________________________________________________</w:t>
      </w:r>
    </w:p>
    <w:p/>
    <w:p>
      <w:r>
        <w:rPr>
          <w:b/>
          <w:sz w:val="20"/>
        </w:rPr>
        <w:t>Dog Information:</w:t>
      </w:r>
    </w:p>
    <w:p>
      <w:r>
        <w:rPr>
          <w:b w:val="0"/>
          <w:sz w:val="20"/>
        </w:rPr>
        <w:t>Name: ___________________________________________________________</w:t>
      </w:r>
    </w:p>
    <w:p>
      <w:r>
        <w:rPr>
          <w:b w:val="0"/>
          <w:sz w:val="20"/>
        </w:rPr>
        <w:t>Breed: __________________________________________________________</w:t>
      </w:r>
    </w:p>
    <w:p>
      <w:r>
        <w:rPr>
          <w:b w:val="0"/>
          <w:sz w:val="20"/>
        </w:rPr>
        <w:t>Color/Markings: _________________________________________________</w:t>
      </w:r>
    </w:p>
    <w:p>
      <w:r>
        <w:rPr>
          <w:b w:val="0"/>
          <w:sz w:val="20"/>
        </w:rPr>
        <w:t>Date of Birth or Age: ____________________________________________</w:t>
      </w:r>
    </w:p>
    <w:p>
      <w:r>
        <w:rPr>
          <w:b w:val="0"/>
          <w:sz w:val="20"/>
        </w:rPr>
        <w:t>Sex: ______________________  Spayed/Neutered: ____________________</w:t>
      </w:r>
    </w:p>
    <w:p>
      <w:r>
        <w:rPr>
          <w:b w:val="0"/>
          <w:sz w:val="20"/>
        </w:rPr>
        <w:t>Microchip Number (if applicable): ________________________________</w:t>
      </w:r>
    </w:p>
    <w:p/>
    <w:p>
      <w:r>
        <w:rPr>
          <w:b/>
          <w:sz w:val="20"/>
        </w:rPr>
        <w:t>Adoption Fee:</w:t>
      </w:r>
    </w:p>
    <w:p>
      <w:r>
        <w:rPr>
          <w:b w:val="0"/>
          <w:sz w:val="20"/>
        </w:rPr>
        <w:t>Amount: $____________________</w:t>
      </w:r>
    </w:p>
    <w:p>
      <w:r>
        <w:rPr>
          <w:b w:val="0"/>
          <w:sz w:val="20"/>
        </w:rPr>
        <w:t>Payment Method: _________________________________________________</w:t>
      </w:r>
    </w:p>
    <w:p/>
    <w:p>
      <w:r>
        <w:rPr>
          <w:b/>
          <w:sz w:val="20"/>
        </w:rPr>
        <w:t>1. Adoption and Care Commitment</w:t>
      </w:r>
    </w:p>
    <w:p>
      <w:r>
        <w:rPr>
          <w:b w:val="0"/>
          <w:sz w:val="20"/>
        </w:rPr>
        <w:t>The Adopter agrees to provide the dog named above with adequate food, water, shelter, medical care, exercise, and affection. The Adopter commits to treating the dog humanely and in accordance with all applicable laws.</w:t>
      </w:r>
    </w:p>
    <w:p/>
    <w:p>
      <w:r>
        <w:rPr>
          <w:b/>
          <w:sz w:val="20"/>
        </w:rPr>
        <w:t>2. Health and Vaccinations</w:t>
      </w:r>
    </w:p>
    <w:p>
      <w:r>
        <w:rPr>
          <w:b w:val="0"/>
          <w:sz w:val="20"/>
        </w:rPr>
        <w:t>The Shelter / Rescue Organization has disclosed all known medical conditions and vaccination status of the dog. The Adopter agrees to have the dog examined by a licensed veterinarian within a reasonable time following adoption and to maintain all recommended vaccinations and preventive care thereafter.</w:t>
      </w:r>
    </w:p>
    <w:p/>
    <w:p>
      <w:r>
        <w:rPr>
          <w:b/>
          <w:sz w:val="20"/>
        </w:rPr>
        <w:t>3. Spay/Neuter Agreement</w:t>
      </w:r>
    </w:p>
    <w:p>
      <w:r>
        <w:rPr>
          <w:b w:val="0"/>
          <w:sz w:val="20"/>
        </w:rPr>
        <w:t>If the dog is not currently spayed or neutered, the Adopter agrees to have this procedure performed by a licensed veterinarian within a reasonable time frame unless a medical exemption is provided.</w:t>
      </w:r>
    </w:p>
    <w:p/>
    <w:p>
      <w:r>
        <w:rPr>
          <w:b/>
          <w:sz w:val="20"/>
        </w:rPr>
        <w:t>4. Transfer of Ownership and Registration</w:t>
      </w:r>
    </w:p>
    <w:p>
      <w:r>
        <w:rPr>
          <w:b w:val="0"/>
          <w:sz w:val="20"/>
        </w:rPr>
        <w:t>Ownership of the dog transfers to the Adopter upon signing this Agreement and payment of the adoption fee. The Adopter agrees to comply with all local licensing and registration requirements.</w:t>
      </w:r>
    </w:p>
    <w:p/>
    <w:p>
      <w:r>
        <w:rPr>
          <w:b/>
          <w:sz w:val="20"/>
        </w:rPr>
        <w:t>5. Return Policy</w:t>
      </w:r>
    </w:p>
    <w:p>
      <w:r>
        <w:rPr>
          <w:b w:val="0"/>
          <w:sz w:val="20"/>
        </w:rPr>
        <w:t>Should the Adopter be unable or unwilling to keep the dog at any time, the Adopter agrees to contact the Shelter / Rescue Organization to arrange for the dog’s return. The dog shall not be sold, given away, or transferred to any third party without prior written consent from the Shelter / Rescue Organization.</w:t>
      </w:r>
    </w:p>
    <w:p/>
    <w:p>
      <w:r>
        <w:rPr>
          <w:b/>
          <w:sz w:val="20"/>
        </w:rPr>
        <w:t>6. Liability and Indemnification</w:t>
      </w:r>
    </w:p>
    <w:p>
      <w:r>
        <w:rPr>
          <w:b w:val="0"/>
          <w:sz w:val="20"/>
        </w:rPr>
        <w:t>The Adopter accepts all responsibility for any damage or injury caused by the dog upon adoption. The Shelter / Rescue Organization is not liable for any claims arising from the dog's behavior after transfer.</w:t>
      </w:r>
    </w:p>
    <w:p/>
    <w:p>
      <w:r>
        <w:rPr>
          <w:b/>
          <w:sz w:val="20"/>
        </w:rPr>
        <w:t>7. Right of Access</w:t>
      </w:r>
    </w:p>
    <w:p>
      <w:r>
        <w:rPr>
          <w:b w:val="0"/>
          <w:sz w:val="20"/>
        </w:rPr>
        <w:t>The Shelter / Rescue Organization reserves the right to request a visit to the Adopter’s premises to verify the welfare of the dog. The Adopter agrees to cooperate with such requests.</w:t>
      </w:r>
    </w:p>
    <w:p/>
    <w:p>
      <w:r>
        <w:rPr>
          <w:b/>
          <w:sz w:val="20"/>
        </w:rPr>
        <w:t>8. Governing Law and Dispute Resolution</w:t>
      </w:r>
    </w:p>
    <w:p>
      <w:r>
        <w:rPr>
          <w:b w:val="0"/>
          <w:sz w:val="20"/>
        </w:rPr>
        <w:t>This Agreement shall be governed by and construed in accordance with the laws of the State where the dog is adopted. Any disputes arising under this Agreement shall be resolved in the appropriate court of that jurisdiction.</w:t>
      </w:r>
    </w:p>
    <w:p/>
    <w:p>
      <w:r>
        <w:rPr>
          <w:b/>
          <w:sz w:val="20"/>
        </w:rPr>
        <w:t>9. Entire Agreement</w:t>
      </w:r>
    </w:p>
    <w:p>
      <w:r>
        <w:rPr>
          <w:b w:val="0"/>
          <w:sz w:val="20"/>
        </w:rPr>
        <w:t>This document represents the entire agreement between the parties and supersedes any prior understanding or representations.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SHELTER / RESCUE REPRESENTATIVE</w:t>
            </w:r>
          </w:p>
        </w:tc>
        <w:tc>
          <w:tcPr>
            <w:tcW w:type="dxa" w:w="4986"/>
            <w:tcBorders>
              <w:top w:val="nil"/>
              <w:left w:val="nil"/>
              <w:bottom w:val="nil"/>
              <w:right w:val="nil"/>
              <w:insideH w:val="nil"/>
              <w:insideV w:val="nil"/>
            </w:tcBorders>
          </w:tcPr>
          <w:p>
            <w:pPr>
              <w:jc w:val="center"/>
            </w:pPr>
            <w:r>
              <w:t>ADOPTER</w:t>
            </w:r>
          </w:p>
        </w:tc>
      </w:tr>
      <w:tr>
        <w:tc>
          <w:tcPr>
            <w:tcW w:type="dxa" w:w="4986"/>
            <w:tcBorders>
              <w:top w:val="nil"/>
              <w:left w:val="nil"/>
              <w:bottom w:val="nil"/>
              <w:right w:val="nil"/>
              <w:insideH w:val="nil"/>
              <w:insideV w:val="nil"/>
            </w:tcBorders>
          </w:tcPr>
          <w:p>
            <w:pPr>
              <w:jc w:val="center"/>
            </w:pPr>
            <w:r>
              <w:br/>
              <w:br/>
              <w:t>Signature: _____________________________</w:t>
            </w:r>
          </w:p>
        </w:tc>
        <w:tc>
          <w:tcPr>
            <w:tcW w:type="dxa" w:w="4986"/>
            <w:tcBorders>
              <w:top w:val="nil"/>
              <w:left w:val="nil"/>
              <w:bottom w:val="nil"/>
              <w:right w:val="nil"/>
              <w:insideH w:val="nil"/>
              <w:insideV w:val="nil"/>
            </w:tcBorders>
          </w:tcPr>
          <w:p>
            <w:pPr>
              <w:jc w:val="center"/>
            </w:pPr>
            <w:r>
              <w:br/>
              <w:br/>
              <w:t>Signature: _____________________________</w:t>
            </w:r>
          </w:p>
        </w:tc>
      </w:tr>
      <w:tr>
        <w:tc>
          <w:tcPr>
            <w:tcW w:type="dxa" w:w="4986"/>
            <w:tcBorders>
              <w:top w:val="nil"/>
              <w:left w:val="nil"/>
              <w:bottom w:val="nil"/>
              <w:right w:val="nil"/>
              <w:insideH w:val="nil"/>
              <w:insideV w:val="nil"/>
            </w:tcBorders>
          </w:tcPr>
          <w:p>
            <w:pPr>
              <w:jc w:val="center"/>
            </w:pPr>
            <w:r>
              <w:t>Name: __________________________________</w:t>
            </w:r>
          </w:p>
        </w:tc>
        <w:tc>
          <w:tcPr>
            <w:tcW w:type="dxa" w:w="4986"/>
            <w:tcBorders>
              <w:top w:val="nil"/>
              <w:left w:val="nil"/>
              <w:bottom w:val="nil"/>
              <w:right w:val="nil"/>
              <w:insideH w:val="nil"/>
              <w:insideV w:val="nil"/>
            </w:tcBorders>
          </w:tcPr>
          <w:p>
            <w:pPr>
              <w:jc w:val="center"/>
            </w:pPr>
            <w:r>
              <w:t>Name: 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https://docs-life.com/dog-adoption-contract-template/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dog-adoption-contrac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