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FAMILY MEMBER PROMISSORY NOTE</w:t>
      </w:r>
    </w:p>
    <w:p/>
    <w:p>
      <w:r>
        <w:rPr>
          <w:b/>
          <w:sz w:val="20"/>
        </w:rPr>
        <w:t>Borrower Information:</w:t>
      </w:r>
    </w:p>
    <w:p>
      <w:r>
        <w:rPr>
          <w:b w:val="0"/>
          <w:sz w:val="20"/>
        </w:rPr>
        <w:t>Full Name: ____________________________________________________________</w:t>
      </w:r>
    </w:p>
    <w:p>
      <w:r>
        <w:rPr>
          <w:b w:val="0"/>
          <w:sz w:val="20"/>
        </w:rPr>
        <w:t>Address: _______________________________________________________________</w:t>
      </w:r>
    </w:p>
    <w:p>
      <w:r>
        <w:rPr>
          <w:b w:val="0"/>
          <w:sz w:val="20"/>
        </w:rPr>
        <w:t>Phone: ________________________________________________________________</w:t>
      </w:r>
    </w:p>
    <w:p/>
    <w:p>
      <w:r>
        <w:rPr>
          <w:b/>
          <w:sz w:val="20"/>
        </w:rPr>
        <w:t>Lender Information:</w:t>
      </w:r>
    </w:p>
    <w:p>
      <w:r>
        <w:rPr>
          <w:b w:val="0"/>
          <w:sz w:val="20"/>
        </w:rPr>
        <w:t>Full Name: ____________________________________________________________</w:t>
      </w:r>
    </w:p>
    <w:p>
      <w:r>
        <w:rPr>
          <w:b w:val="0"/>
          <w:sz w:val="20"/>
        </w:rPr>
        <w:t>Address: _______________________________________________________________</w:t>
      </w:r>
    </w:p>
    <w:p>
      <w:r>
        <w:rPr>
          <w:b w:val="0"/>
          <w:sz w:val="20"/>
        </w:rPr>
        <w:t>Phone: ________________________________________________________________</w:t>
      </w:r>
    </w:p>
    <w:p/>
    <w:p>
      <w:r>
        <w:rPr>
          <w:b/>
          <w:sz w:val="20"/>
        </w:rPr>
        <w:t>Principal Amount:</w:t>
      </w:r>
    </w:p>
    <w:p>
      <w:r>
        <w:rPr>
          <w:b w:val="0"/>
          <w:sz w:val="20"/>
        </w:rPr>
        <w:t>The Borrower promises to pay to the order of the Lender the principal sum of $____________________________ (US Dollars).</w:t>
      </w:r>
    </w:p>
    <w:p/>
    <w:p>
      <w:r>
        <w:rPr>
          <w:b/>
          <w:sz w:val="20"/>
        </w:rPr>
        <w:t>Payment Terms:</w:t>
      </w:r>
    </w:p>
    <w:p>
      <w:r>
        <w:rPr>
          <w:b w:val="0"/>
          <w:sz w:val="20"/>
        </w:rPr>
        <w:t>1. Payment Schedule: __________________________________________________</w:t>
      </w:r>
    </w:p>
    <w:p>
      <w:r>
        <w:rPr>
          <w:b w:val="0"/>
          <w:sz w:val="20"/>
        </w:rPr>
        <w:t xml:space="preserve">   (e.g., monthly, quarterly, lump sum upon demand, etc.)</w:t>
      </w:r>
    </w:p>
    <w:p>
      <w:r>
        <w:rPr>
          <w:b w:val="0"/>
          <w:sz w:val="20"/>
        </w:rPr>
        <w:t>2. Interest Rate: ______________________________________________________</w:t>
      </w:r>
    </w:p>
    <w:p>
      <w:r>
        <w:rPr>
          <w:b w:val="0"/>
          <w:sz w:val="20"/>
        </w:rPr>
        <w:t xml:space="preserve">   (State '0%' if no interest is charged)</w:t>
      </w:r>
    </w:p>
    <w:p>
      <w:r>
        <w:rPr>
          <w:b w:val="0"/>
          <w:sz w:val="20"/>
        </w:rPr>
        <w:t>3. Due Date(s): _______________________________________________________</w:t>
      </w:r>
    </w:p>
    <w:p/>
    <w:p>
      <w:r>
        <w:rPr>
          <w:b/>
          <w:sz w:val="20"/>
        </w:rPr>
        <w:t>Prepayment:</w:t>
      </w:r>
    </w:p>
    <w:p>
      <w:r>
        <w:rPr>
          <w:b w:val="0"/>
          <w:sz w:val="20"/>
        </w:rPr>
        <w:t>The Borrower may prepay this Note in whole or in part at any time without penalty.</w:t>
      </w:r>
    </w:p>
    <w:p/>
    <w:p>
      <w:r>
        <w:rPr>
          <w:b/>
          <w:sz w:val="20"/>
        </w:rPr>
        <w:t>Late Payment:</w:t>
      </w:r>
    </w:p>
    <w:p>
      <w:r>
        <w:rPr>
          <w:b w:val="0"/>
          <w:sz w:val="20"/>
        </w:rPr>
        <w:t>If any payment is not received by the Lender within ______ days after its due date, the Borrower shall pay a late fee of $____________ or _____% of the overdue amount, whichever is greater.</w:t>
      </w:r>
    </w:p>
    <w:p/>
    <w:p>
      <w:r>
        <w:rPr>
          <w:b/>
          <w:sz w:val="20"/>
        </w:rPr>
        <w:t>Default:</w:t>
      </w:r>
    </w:p>
    <w:p>
      <w:r>
        <w:rPr>
          <w:b w:val="0"/>
          <w:sz w:val="20"/>
        </w:rPr>
        <w:t>In the event of default in payment under this Note, the entire unpaid principal balance and accrued interest shall become immediately due and payable at the option of the Lender.</w:t>
      </w:r>
    </w:p>
    <w:p/>
    <w:p>
      <w:r>
        <w:rPr>
          <w:b/>
          <w:sz w:val="20"/>
        </w:rPr>
        <w:t>Governing Law:</w:t>
      </w:r>
    </w:p>
    <w:p>
      <w:r>
        <w:rPr>
          <w:b w:val="0"/>
          <w:sz w:val="20"/>
        </w:rPr>
        <w:t>This Promissory Note shall be governed by and construed in accordance with the laws of the State of ______________________________, United States of America.</w:t>
      </w:r>
    </w:p>
    <w:p/>
    <w:p>
      <w:r>
        <w:rPr>
          <w:b/>
          <w:sz w:val="20"/>
        </w:rPr>
        <w:t>Waiver of Presentments:</w:t>
      </w:r>
    </w:p>
    <w:p>
      <w:r>
        <w:rPr>
          <w:b w:val="0"/>
          <w:sz w:val="20"/>
        </w:rPr>
        <w:t>The Borrower hereby waives presentment for payment, notice of dishonor, protest, and notice of protest, and all other notices and demands in connection with the delivery, acceptance, performance, default, or endorsement of this Promissory Note.</w:t>
      </w:r>
    </w:p>
    <w:p/>
    <w:p>
      <w:r>
        <w:rPr>
          <w:b/>
          <w:sz w:val="20"/>
        </w:rPr>
        <w:t>Binding Effect:</w:t>
      </w:r>
    </w:p>
    <w:p>
      <w:r>
        <w:rPr>
          <w:b w:val="0"/>
          <w:sz w:val="20"/>
        </w:rPr>
        <w:t>This Note shall be binding upon the Borrower and the Borrower’s successors and assigns, and shall inure to the benefit of the Lender and the Lender’s successors, assigns, and legal representatives.</w:t>
      </w:r>
    </w:p>
    <w:p/>
    <w:p>
      <w:r>
        <w:rPr>
          <w:b/>
          <w:sz w:val="20"/>
        </w:rPr>
        <w:t>Entire Agreement:</w:t>
      </w:r>
    </w:p>
    <w:p>
      <w:r>
        <w:rPr>
          <w:b w:val="0"/>
          <w:sz w:val="20"/>
        </w:rPr>
        <w:t>This Promissory Note constitutes the entire agreement between the parties relating to the subject matter hereof and supersedes all prior agreements, understandings, and negotiations, whether written or oral.</w:t>
      </w:r>
    </w:p>
    <w:p/>
    <w:p>
      <w:r>
        <w:rPr>
          <w:b/>
          <w:sz w:val="20"/>
        </w:rPr>
        <w:t>Amendments:</w:t>
      </w:r>
    </w:p>
    <w:p>
      <w:r>
        <w:rPr>
          <w:b w:val="0"/>
          <w:sz w:val="20"/>
        </w:rPr>
        <w:t>No amendment or modification of this Note shall be valid unless in writing and signed by both the Borrower and the Lender.</w:t>
      </w:r>
    </w:p>
    <w:p/>
    <w:p>
      <w:r>
        <w:rPr>
          <w:b/>
          <w:sz w:val="20"/>
        </w:rPr>
        <w:t>Severability:</w:t>
      </w:r>
    </w:p>
    <w:p>
      <w:r>
        <w:rPr>
          <w:b w:val="0"/>
          <w:sz w:val="20"/>
        </w:rPr>
        <w:t>If any provision of this Note is held to be invalid or unenforceable, the remaining provisions shall continue in full force and effect.</w:t>
      </w:r>
    </w:p>
    <w:p/>
    <w:p>
      <w:r>
        <w:rPr>
          <w:b/>
          <w:sz w:val="20"/>
        </w:rPr>
        <w:t>IN WITNESS WHEREOF, the Borrower has executed this Promissory Note as of the date indicated below.</w:t>
      </w:r>
    </w:p>
    <w:p/>
    <w:p/>
    <w:p>
      <w:r>
        <w:rPr>
          <w:b w:val="0"/>
          <w:sz w:val="20"/>
        </w:rPr>
        <w:t>Place of Signature: _________________________________________________</w:t>
      </w:r>
    </w:p>
    <w:p>
      <w:r>
        <w:rPr>
          <w:b w:val="0"/>
          <w:sz w:val="20"/>
        </w:rPr>
        <w:t>Date of Signature: _________________________________________________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BORROWER</w:t>
            </w:r>
          </w:p>
        </w:tc>
        <w:tc>
          <w:tcPr>
            <w:tcW w:type="dxa" w:w="4986"/>
            <w:tcBorders>
              <w:top w:val="nil"/>
              <w:left w:val="nil"/>
              <w:bottom w:val="nil"/>
              <w:right w:val="nil"/>
              <w:insideH w:val="nil"/>
              <w:insideV w:val="nil"/>
            </w:tcBorders>
          </w:tcPr>
          <w:p>
            <w:pPr>
              <w:jc w:val="center"/>
            </w:pPr>
            <w:r>
              <w:t>LENDER</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https://docs-life.com/family-member-promissory-note-template/</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https://docs-life.com</w:t>
        </w:r>
      </w:hyperlink>
    </w:p>
    <w:p>
      <w:pPr>
        <w:jc w:val="center"/>
      </w:pPr>
      <w:r>
        <w:rPr>
          <w:color w:val="808080"/>
          <w:sz w:val="20"/>
        </w:rPr>
        <w:t>This template is intended exclusively for personal, non-commercial use.</w:t>
        <w:br/>
        <w:t>If distributed or published, the source must be mentioned. © docs-life.com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life.com/family-member-promissory-note-template/" TargetMode="External"/><Relationship Id="rId10" Type="http://schemas.openxmlformats.org/officeDocument/2006/relationships/hyperlink" Target="https://docs-lif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