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GOOD MORAL CHARACTER AFFIDAVIT</w:t>
      </w:r>
    </w:p>
    <w:p/>
    <w:p>
      <w:r>
        <w:rPr>
          <w:b/>
          <w:sz w:val="20"/>
        </w:rPr>
        <w:t>I, the undersigned, hereby solemnly affirm and state the following under penalty of perjury:</w:t>
      </w:r>
    </w:p>
    <w:p/>
    <w:p>
      <w:r>
        <w:rPr>
          <w:b/>
          <w:sz w:val="20"/>
        </w:rPr>
        <w:t>Affiant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Place of Birth: ________________________________________________________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_______________________________________________________</w:t>
      </w:r>
    </w:p>
    <w:p/>
    <w:p>
      <w:r>
        <w:rPr>
          <w:b/>
          <w:sz w:val="20"/>
        </w:rPr>
        <w:t>Statement of Good Moral Character:</w:t>
      </w:r>
    </w:p>
    <w:p>
      <w:r>
        <w:rPr>
          <w:b w:val="0"/>
          <w:sz w:val="20"/>
        </w:rPr>
        <w:t>I affirm that I am a person of good moral character. I have not been convicted of any criminal offense involving moral turpitude or dishonesty, nor am I currently under investigation or indictment for any such offense.</w:t>
      </w:r>
    </w:p>
    <w:p>
      <w:r>
        <w:rPr>
          <w:b w:val="0"/>
          <w:sz w:val="20"/>
        </w:rPr>
        <w:t>I have conducted myself in a manner consistent with the ethical standards and laws of the United States and my community, displaying honesty, integrity, and responsibility in all aspects of my personal and professional life.</w:t>
      </w:r>
    </w:p>
    <w:p>
      <w:r>
        <w:rPr>
          <w:b w:val="0"/>
          <w:sz w:val="20"/>
        </w:rPr>
        <w:t>I understand that this affidavit may be relied upon by governmental agencies, employers, or other entities requiring proof of my good moral character.</w:t>
      </w:r>
    </w:p>
    <w:p/>
    <w:p>
      <w:r>
        <w:rPr>
          <w:b/>
          <w:sz w:val="20"/>
        </w:rPr>
        <w:t>Additional Declarations:</w:t>
      </w:r>
    </w:p>
    <w:p>
      <w:r>
        <w:rPr>
          <w:b w:val="0"/>
          <w:sz w:val="20"/>
        </w:rPr>
        <w:t>I declare that the information provided in this affidavit is true and correct to the best of my knowledge and belief, and I understand that any false statements herein may subject me to penalties under the laws of the United States, including perjury.</w:t>
      </w:r>
    </w:p>
    <w:p/>
    <w:p>
      <w:r>
        <w:rPr>
          <w:b/>
          <w:sz w:val="20"/>
        </w:rPr>
        <w:t>Purpose of Affidavit:</w:t>
      </w:r>
    </w:p>
    <w:p>
      <w:r>
        <w:rPr>
          <w:b w:val="0"/>
          <w:sz w:val="20"/>
        </w:rPr>
        <w:t>This affidavit is executed for the purpose of establishing my good moral character for any lawful purpose as may be required by law or requested by any individual, organization, or governmental agency.</w:t>
      </w:r>
    </w:p>
    <w:p/>
    <w:p>
      <w:r>
        <w:rPr>
          <w:b/>
          <w:sz w:val="20"/>
        </w:rPr>
        <w:t>Affirmation:</w:t>
      </w:r>
    </w:p>
    <w:p>
      <w:r>
        <w:rPr>
          <w:b w:val="0"/>
          <w:sz w:val="20"/>
        </w:rPr>
        <w:t>I make this solemn affidavit conscientiously believing the same to be true and by virtue of the laws governing affidavits in the United States of America.</w:t>
      </w:r>
    </w:p>
    <w:p/>
    <w:p/>
    <w:p>
      <w:r>
        <w:rPr>
          <w:b/>
          <w:sz w:val="20"/>
        </w:rPr>
        <w:t>Signature and Acknowledgment:</w:t>
      </w:r>
    </w:p>
    <w:p>
      <w:r>
        <w:rPr>
          <w:b w:val="0"/>
          <w:sz w:val="20"/>
        </w:rPr>
        <w:t>Affiant Signature: _______________________________________________</w:t>
      </w:r>
    </w:p>
    <w:p>
      <w:r>
        <w:rPr>
          <w:b w:val="0"/>
          <w:sz w:val="20"/>
        </w:rPr>
        <w:t>Printed Name: _________________________________________________</w:t>
      </w:r>
    </w:p>
    <w:p>
      <w:r>
        <w:rPr>
          <w:b w:val="0"/>
          <w:sz w:val="20"/>
        </w:rPr>
        <w:t>Date Signed: _________________________________________________</w:t>
      </w:r>
    </w:p>
    <w:p/>
    <w:p/>
    <w:p>
      <w:pPr>
        <w:jc w:val="center"/>
      </w:pPr>
      <w:r>
        <w:rPr>
          <w:b/>
          <w:sz w:val="20"/>
        </w:rPr>
        <w:t>NOTARY PUBLIC</w:t>
      </w:r>
    </w:p>
    <w:p/>
    <w:p>
      <w:r>
        <w:rPr>
          <w:b w:val="0"/>
          <w:sz w:val="20"/>
        </w:rPr>
        <w:t>Subscribed and sworn to before me this _____ day of ________________, 20____, by the above-named Affiant, who is personally known to me or has produced valid identification.</w:t>
      </w:r>
    </w:p>
    <w:p/>
    <w:p>
      <w:r>
        <w:rPr>
          <w:b w:val="0"/>
          <w:sz w:val="20"/>
        </w:rPr>
        <w:t>Notary Public Signature: _______________________________________</w:t>
      </w:r>
    </w:p>
    <w:p>
      <w:r>
        <w:rPr>
          <w:b w:val="0"/>
          <w:sz w:val="20"/>
        </w:rPr>
        <w:t>Printed Name of Notary: _______________________________________</w:t>
      </w:r>
    </w:p>
    <w:p>
      <w:r>
        <w:rPr>
          <w:b w:val="0"/>
          <w:sz w:val="20"/>
        </w:rPr>
        <w:t>My Commission Expires: _______________________________________</w:t>
      </w:r>
    </w:p>
    <w:p>
      <w:r>
        <w:rPr>
          <w:b w:val="0"/>
          <w:sz w:val="20"/>
        </w:rPr>
        <w:t>Notary Seal/Stamp: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AFFIANT</w:t>
            </w:r>
          </w:p>
        </w:tc>
        <w:tc>
          <w:tcPr>
            <w:tcW w:type="dxa" w:w="4986"/>
            <w:tcBorders>
              <w:top w:val="nil"/>
              <w:left w:val="nil"/>
              <w:bottom w:val="nil"/>
              <w:right w:val="nil"/>
              <w:insideH w:val="nil"/>
              <w:insideV w:val="nil"/>
            </w:tcBorders>
          </w:tcPr>
          <w:p>
            <w:pPr>
              <w:jc w:val="center"/>
            </w:pPr>
            <w:r>
              <w:t>NOTARY PUBLIC</w:t>
            </w:r>
          </w:p>
        </w:tc>
      </w:tr>
      <w:tr>
        <w:tc>
          <w:tcPr>
            <w:tcW w:type="dxa" w:w="4986"/>
            <w:tcBorders>
              <w:top w:val="nil"/>
              <w:left w:val="nil"/>
              <w:bottom w:val="nil"/>
              <w:right w:val="nil"/>
              <w:insideH w:val="nil"/>
              <w:insideV w:val="nil"/>
            </w:tcBorders>
          </w:tcPr>
          <w:p>
            <w:pPr>
              <w:jc w:val="center"/>
            </w:pPr>
            <w:r>
              <w:br/>
              <w:br/>
              <w:t>Signature: ___________________________</w:t>
            </w:r>
          </w:p>
        </w:tc>
        <w:tc>
          <w:tcPr>
            <w:tcW w:type="dxa" w:w="4986"/>
            <w:tcBorders>
              <w:top w:val="nil"/>
              <w:left w:val="nil"/>
              <w:bottom w:val="nil"/>
              <w:right w:val="nil"/>
              <w:insideH w:val="nil"/>
              <w:insideV w:val="nil"/>
            </w:tcBorders>
          </w:tcPr>
          <w:p>
            <w:pPr>
              <w:jc w:val="center"/>
            </w:pPr>
            <w:r>
              <w:br/>
              <w:br/>
              <w:t>Signature: ___________________________</w:t>
            </w:r>
          </w:p>
        </w:tc>
      </w:tr>
      <w:tr>
        <w:tc>
          <w:tcPr>
            <w:tcW w:type="dxa" w:w="4986"/>
            <w:tcBorders>
              <w:top w:val="nil"/>
              <w:left w:val="nil"/>
              <w:bottom w:val="nil"/>
              <w:right w:val="nil"/>
              <w:insideH w:val="nil"/>
              <w:insideV w:val="nil"/>
            </w:tcBorders>
          </w:tcPr>
          <w:p>
            <w:pPr>
              <w:jc w:val="center"/>
            </w:pPr>
            <w:r>
              <w:t>Printed Name: _________________________</w:t>
            </w:r>
          </w:p>
        </w:tc>
        <w:tc>
          <w:tcPr>
            <w:tcW w:type="dxa" w:w="4986"/>
            <w:tcBorders>
              <w:top w:val="nil"/>
              <w:left w:val="nil"/>
              <w:bottom w:val="nil"/>
              <w:right w:val="nil"/>
              <w:insideH w:val="nil"/>
              <w:insideV w:val="nil"/>
            </w:tcBorders>
          </w:tcPr>
          <w:p>
            <w:pPr>
              <w:jc w:val="center"/>
            </w:pPr>
            <w:r>
              <w:t>Printed Name: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https://docs-life.com/good-moral-character-character-affidavit-template/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good-moral-character-character-affidavit-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