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IMMIGRATION RECOMMENDATION LETTER</w:t>
      </w:r>
    </w:p>
    <w:p/>
    <w:p>
      <w:r>
        <w:rPr>
          <w:b/>
          <w:sz w:val="20"/>
        </w:rPr>
        <w:t>To Whom It May Concern:</w:t>
      </w:r>
    </w:p>
    <w:p/>
    <w:p>
      <w:r>
        <w:rPr>
          <w:b w:val="0"/>
          <w:sz w:val="20"/>
        </w:rPr>
        <w:t>I am writing to provide a strong recommendation for the immigration application of the individual named below. This letter aims to affirm the candidate’s qualifications, character, and eligibility for immigration benefits under United States law.</w:t>
      </w:r>
    </w:p>
    <w:p/>
    <w:p>
      <w:r>
        <w:rPr>
          <w:b/>
          <w:sz w:val="20"/>
        </w:rPr>
        <w:t>Applicant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Country of Origin: _____________________________________________________</w:t>
      </w:r>
    </w:p>
    <w:p>
      <w:r>
        <w:rPr>
          <w:b w:val="0"/>
          <w:sz w:val="20"/>
        </w:rPr>
        <w:t>Current Address: 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Recommender Information:</w:t>
      </w:r>
    </w:p>
    <w:p>
      <w:r>
        <w:rPr>
          <w:b w:val="0"/>
          <w:sz w:val="20"/>
        </w:rPr>
        <w:t>Full Name: ____________________________________________________________</w:t>
      </w:r>
    </w:p>
    <w:p>
      <w:r>
        <w:rPr>
          <w:b w:val="0"/>
          <w:sz w:val="20"/>
        </w:rPr>
        <w:t>Title/Position: ________________________________________________________</w:t>
      </w:r>
    </w:p>
    <w:p>
      <w:r>
        <w:rPr>
          <w:b w:val="0"/>
          <w:sz w:val="20"/>
        </w:rPr>
        <w:t>Organization/Company: 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Relationship to Applicant:</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______________________________________________________________________</w:t>
      </w:r>
    </w:p>
    <w:p/>
    <w:p>
      <w:r>
        <w:rPr>
          <w:b/>
          <w:sz w:val="20"/>
        </w:rPr>
        <w:t>Evaluation of Applicant's Qualifications and Character:</w:t>
      </w:r>
    </w:p>
    <w:p>
      <w:r>
        <w:rPr>
          <w:b w:val="0"/>
          <w:sz w:val="20"/>
        </w:rPr>
        <w:t>I have known the applicant for ______________ years in the capacity of ________________. During this time, I have observed that the applicant is of exemplary character, demonstrating integrity, reliability, and respect for the laws and customs of the United States.</w:t>
      </w:r>
    </w:p>
    <w:p>
      <w:r>
        <w:rPr>
          <w:b w:val="0"/>
          <w:sz w:val="20"/>
        </w:rPr>
        <w:t>The applicant has shown outstanding skills and dedication in their professional and personal endeavors, contributing positively to the community and workplace.</w:t>
      </w:r>
    </w:p>
    <w:p>
      <w:r>
        <w:rPr>
          <w:b w:val="0"/>
          <w:sz w:val="20"/>
        </w:rPr>
        <w:t>The applicant is fully capable of supporting themselves and integrating successfully into American society.</w:t>
      </w:r>
    </w:p>
    <w:p/>
    <w:p>
      <w:r>
        <w:rPr>
          <w:b/>
          <w:sz w:val="20"/>
        </w:rPr>
        <w:t>Legal Assurance:</w:t>
      </w:r>
    </w:p>
    <w:p>
      <w:r>
        <w:rPr>
          <w:b w:val="0"/>
          <w:sz w:val="20"/>
        </w:rPr>
        <w:t>To the best of my knowledge, the applicant has complied fully with all applicable laws and regulations and has no criminal record or legal impediments that would disqualify them from receiving immigration benefits under United States law.</w:t>
      </w:r>
    </w:p>
    <w:p>
      <w:r>
        <w:rPr>
          <w:b w:val="0"/>
          <w:sz w:val="20"/>
        </w:rPr>
        <w:t>This letter is provided in good faith and with honest intent to assist the applicant in their immigration process.</w:t>
      </w:r>
    </w:p>
    <w:p/>
    <w:p>
      <w:r>
        <w:rPr>
          <w:b/>
          <w:sz w:val="20"/>
        </w:rPr>
        <w:t>Closing Statement:</w:t>
      </w:r>
    </w:p>
    <w:p>
      <w:r>
        <w:rPr>
          <w:b w:val="0"/>
          <w:sz w:val="20"/>
        </w:rPr>
        <w:t>I strongly recommend the applicant for immigration benefits and respectfully urge the reviewing authorities to give full and favorable consideration to their application.</w:t>
      </w:r>
    </w:p>
    <w:p>
      <w:r>
        <w:rPr>
          <w:b w:val="0"/>
          <w:sz w:val="20"/>
        </w:rPr>
        <w:t>Should you require any additional information or verification, please do not hesitate to contact me at the information provided above.</w:t>
      </w:r>
    </w:p>
    <w:p/>
    <w:p/>
    <w:p>
      <w:r>
        <w:rPr>
          <w:b w:val="0"/>
          <w:sz w:val="20"/>
        </w:rPr>
        <w:t>Sincerely,</w:t>
      </w:r>
    </w:p>
    <w:p/>
    <w:p/>
    <w:p/>
    <w:p/>
    <w:p>
      <w:r>
        <w:rPr>
          <w:b w:val="0"/>
          <w:sz w:val="20"/>
        </w:rPr>
        <w:t>___________________________________________</w:t>
      </w:r>
    </w:p>
    <w:p>
      <w:r>
        <w:rPr>
          <w:b w:val="0"/>
          <w:sz w:val="20"/>
        </w:rPr>
        <w:t>Signature</w:t>
      </w:r>
    </w:p>
    <w:p>
      <w:r>
        <w:rPr>
          <w:b w:val="0"/>
          <w:sz w:val="20"/>
        </w:rPr>
        <w:t>Date: __________________________</w:t>
      </w:r>
    </w:p>
    <w:p/>
    <w:p>
      <w:r>
        <w:rPr>
          <w:b/>
          <w:sz w:val="20"/>
        </w:rPr>
        <w:t>Notarization (if applicable):</w:t>
      </w:r>
    </w:p>
    <w:p>
      <w:r>
        <w:rPr>
          <w:b w:val="0"/>
          <w:sz w:val="20"/>
        </w:rPr>
        <w:t>State of ________________________________</w:t>
      </w:r>
    </w:p>
    <w:p>
      <w:r>
        <w:rPr>
          <w:b w:val="0"/>
          <w:sz w:val="20"/>
        </w:rPr>
        <w:t>County of _______________________________</w:t>
      </w:r>
    </w:p>
    <w:p>
      <w:r>
        <w:rPr>
          <w:b w:val="0"/>
          <w:sz w:val="20"/>
        </w:rPr>
        <w:t>Subscribed and sworn before me on this ______ day of ___________________, by ________________________________.</w:t>
      </w:r>
    </w:p>
    <w:p>
      <w:r>
        <w:rPr>
          <w:b w:val="0"/>
          <w:sz w:val="20"/>
        </w:rPr>
        <w:t>Seal: ___________________________</w:t>
      </w:r>
    </w:p>
    <w:p>
      <w:r>
        <w:rPr>
          <w:b w:val="0"/>
          <w:sz w:val="20"/>
        </w:rPr>
        <w:t>Notary Public Signature: _______________________________________________</w:t>
      </w:r>
    </w:p>
    <w:p>
      <w:r>
        <w:rPr>
          <w:b w:val="0"/>
          <w:sz w:val="20"/>
        </w:rPr>
        <w:t>My commission expires: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RECOMMENDER</w:t>
            </w:r>
          </w:p>
        </w:tc>
        <w:tc>
          <w:tcPr>
            <w:tcW w:type="dxa" w:w="4986"/>
            <w:tcBorders>
              <w:top w:val="nil"/>
              <w:left w:val="nil"/>
              <w:bottom w:val="nil"/>
              <w:right w:val="nil"/>
              <w:insideH w:val="nil"/>
              <w:insideV w:val="nil"/>
            </w:tcBorders>
          </w:tcPr>
          <w:p>
            <w:pPr>
              <w:jc w:val="center"/>
            </w:pPr>
            <w:r>
              <w:t>APPLICANT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https://docs-life.com/immigration-recommendation-letter-template/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https://docs-life.com</w:t>
        </w:r>
      </w:hyperlink>
    </w:p>
    <w:p>
      <w:pPr>
        <w:jc w:val="center"/>
      </w:pPr>
      <w:r>
        <w:rPr>
          <w:color w:val="808080"/>
          <w:sz w:val="20"/>
        </w:rPr>
        <w:t>This template is intended exclusively for personal, non-commercial use.</w:t>
        <w:br/>
        <w:t>If distributed or published, the source must be mentioned. © docs-life.com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life.com/immigration-recommendation-letter-template/" TargetMode="External"/><Relationship Id="rId10" Type="http://schemas.openxmlformats.org/officeDocument/2006/relationships/hyperlink" Target="https://docs-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