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 OF RECOMMENDATION</w:t>
      </w:r>
    </w:p>
    <w:p/>
    <w:p/>
    <w:p>
      <w:r>
        <w:rPr>
          <w:b w:val="0"/>
          <w:sz w:val="20"/>
        </w:rPr>
        <w:t>To Whom It May Concern,</w:t>
      </w:r>
    </w:p>
    <w:p/>
    <w:p>
      <w:r>
        <w:rPr>
          <w:b w:val="0"/>
          <w:sz w:val="20"/>
        </w:rPr>
        <w:t>I am writing this letter to recommend my friend for any opportunities they may seek. Having known them for several years, I can confidently attest to their outstanding character, work ethic, and dedication.</w:t>
      </w:r>
    </w:p>
    <w:p/>
    <w:p>
      <w:r>
        <w:rPr>
          <w:b/>
          <w:sz w:val="22"/>
        </w:rPr>
        <w:t>Candidate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Relationship to Recommender: ____________________________________________</w:t>
      </w:r>
    </w:p>
    <w:p>
      <w:r>
        <w:rPr>
          <w:b w:val="0"/>
          <w:sz w:val="20"/>
        </w:rPr>
        <w:t>Contact Information: ____________________________________________________</w:t>
      </w:r>
    </w:p>
    <w:p/>
    <w:p>
      <w:r>
        <w:rPr>
          <w:b/>
          <w:sz w:val="22"/>
        </w:rPr>
        <w:t>Recommender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Position / Title: ______________________________________________________</w:t>
      </w:r>
    </w:p>
    <w:p>
      <w:r>
        <w:rPr>
          <w:b w:val="0"/>
          <w:sz w:val="20"/>
        </w:rPr>
        <w:t>Organization: __________________________________________________________</w:t>
      </w:r>
    </w:p>
    <w:p>
      <w:r>
        <w:rPr>
          <w:b w:val="0"/>
          <w:sz w:val="20"/>
        </w:rPr>
        <w:t>Contact Information: ____________________________________________________</w:t>
      </w:r>
    </w:p>
    <w:p/>
    <w:p>
      <w:r>
        <w:rPr>
          <w:b/>
          <w:sz w:val="22"/>
        </w:rPr>
        <w:t>Professional and Personal Qualities:</w:t>
      </w:r>
    </w:p>
    <w:p>
      <w:r>
        <w:rPr>
          <w:b w:val="0"/>
          <w:sz w:val="20"/>
        </w:rPr>
        <w:t>Throughout the time I have known [Friend’s Name], they have consistently demonstrated integrity, responsibility, and a strong commitment to excellence. Their ability to communicate effectively and collaborate with others makes them an invaluable asset in any team or environment.</w:t>
      </w:r>
    </w:p>
    <w:p/>
    <w:p>
      <w:r>
        <w:rPr>
          <w:b w:val="0"/>
          <w:sz w:val="20"/>
        </w:rPr>
        <w:t>[Friend’s Name]'s attention to detail, problem-solving skills, and adaptability have enabled them to overcome challenges with grace and efficiency. They take initiative and approach tasks with enthusiasm, always striving for the highest standards.</w:t>
      </w:r>
    </w:p>
    <w:p/>
    <w:p>
      <w:r>
        <w:rPr>
          <w:b w:val="0"/>
          <w:sz w:val="20"/>
        </w:rPr>
        <w:t>Moreover, their interpersonal skills and empathy contribute to positive relationships with colleagues, clients, and community members. I have witnessed firsthand their dedication to helping others and their willingness to go above and beyond when needed.</w:t>
      </w:r>
    </w:p>
    <w:p/>
    <w:p>
      <w:r>
        <w:rPr>
          <w:b/>
          <w:sz w:val="22"/>
        </w:rPr>
        <w:t>Legal Compliance and Limitations:</w:t>
      </w:r>
    </w:p>
    <w:p>
      <w:r>
        <w:rPr>
          <w:b w:val="0"/>
          <w:sz w:val="20"/>
        </w:rPr>
        <w:t>This recommendation letter is provided in good faith, based on my honest assessment and experience. It is intended solely for the use of the recipient in consideration of [Friend’s Name]'s qualifications and character. I disclaim any liability for decisions made by third parties relying on this letter.</w:t>
      </w:r>
    </w:p>
    <w:p/>
    <w:p>
      <w:r>
        <w:rPr>
          <w:b w:val="0"/>
          <w:sz w:val="20"/>
        </w:rPr>
        <w:t>In summary, I wholeheartedly recommend [Friend’s Name] for any position or endeavor they choose to pursue. I am confident they will bring value, dedication, and integrity to any role.</w:t>
      </w:r>
    </w:p>
    <w:p/>
    <w:p/>
    <w:p>
      <w:r>
        <w:rPr>
          <w:b w:val="0"/>
          <w:sz w:val="20"/>
        </w:rPr>
        <w:t>Please feel free to contact me should you require any further information or clarification.</w:t>
      </w:r>
    </w:p>
    <w:p/>
    <w:p/>
    <w:p>
      <w:r>
        <w:rPr>
          <w:b w:val="0"/>
          <w:sz w:val="20"/>
        </w:rPr>
        <w:t>Sincerely,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Recommender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https://docs-life.com/letter-of-recommendation-template-for-friend/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https://docs-life.com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docs-life.com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life.com/letter-of-recommendation-template-for-friend/" TargetMode="External"/><Relationship Id="rId10" Type="http://schemas.openxmlformats.org/officeDocument/2006/relationships/hyperlink" Target="https://docs-lif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