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MARRIAGE CONTRACT AGREEMENT</w:t>
      </w:r>
    </w:p>
    <w:p/>
    <w:p>
      <w:r>
        <w:rPr>
          <w:b/>
          <w:sz w:val="20"/>
        </w:rPr>
        <w:t>This Marriage Contract Agreement ("Agreement") is entered into by and between:</w:t>
      </w:r>
    </w:p>
    <w:p/>
    <w:p>
      <w:r>
        <w:rPr>
          <w:b/>
          <w:sz w:val="20"/>
        </w:rPr>
        <w:t>Party A:</w:t>
      </w:r>
    </w:p>
    <w:p>
      <w:r>
        <w:rPr>
          <w:b w:val="0"/>
          <w:sz w:val="20"/>
        </w:rPr>
        <w:t>Full Name: ____________________________________________________________</w:t>
      </w:r>
    </w:p>
    <w:p>
      <w:r>
        <w:rPr>
          <w:b w:val="0"/>
          <w:sz w:val="20"/>
        </w:rPr>
        <w:t>Date of Birth: 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r>
        <w:rPr>
          <w:b/>
          <w:sz w:val="20"/>
        </w:rPr>
        <w:t>Party B:</w:t>
      </w:r>
    </w:p>
    <w:p>
      <w:r>
        <w:rPr>
          <w:b w:val="0"/>
          <w:sz w:val="20"/>
        </w:rPr>
        <w:t>Full Name: ____________________________________________________________</w:t>
      </w:r>
    </w:p>
    <w:p>
      <w:r>
        <w:rPr>
          <w:b w:val="0"/>
          <w:sz w:val="20"/>
        </w:rPr>
        <w:t>Date of Birth: 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p>
      <w:pPr>
        <w:jc w:val="center"/>
      </w:pPr>
      <w:r>
        <w:rPr>
          <w:b/>
          <w:sz w:val="20"/>
        </w:rPr>
        <w:t>RECITALS</w:t>
      </w:r>
    </w:p>
    <w:p/>
    <w:p>
      <w:r>
        <w:rPr>
          <w:b w:val="0"/>
          <w:sz w:val="20"/>
        </w:rPr>
        <w:t>WHEREAS, the Parties intend to marry each other and wish to establish their respective rights and responsibilities regarding each other's income and property and the income and property that may be acquired, either separately or together, during the marriage;</w:t>
      </w:r>
    </w:p>
    <w:p>
      <w:r>
        <w:rPr>
          <w:b w:val="0"/>
          <w:sz w:val="20"/>
        </w:rPr>
        <w:t>WHEREAS, the Parties desire to make a full and final disposition of their property rights and financial obligations in the event of separation, divorce, or death;</w:t>
      </w:r>
    </w:p>
    <w:p/>
    <w:p>
      <w:r>
        <w:rPr>
          <w:b/>
          <w:sz w:val="20"/>
        </w:rPr>
        <w:t>1. SEPARATE PROPERTY</w:t>
      </w:r>
    </w:p>
    <w:p>
      <w:r>
        <w:rPr>
          <w:b w:val="0"/>
          <w:sz w:val="20"/>
        </w:rPr>
        <w:t>Each Party shall retain sole ownership, control, and enjoyment of all property, assets, and income owned individually prior to the marriage, as listed in Exhibit A (attached hereto), and any property acquired individually by gift, inheritance, or otherwise during the marriage, unless expressly agreed otherwise in writing.</w:t>
      </w:r>
    </w:p>
    <w:p/>
    <w:p>
      <w:r>
        <w:rPr>
          <w:b/>
          <w:sz w:val="20"/>
        </w:rPr>
        <w:t>2. MARITAL PROPERTY</w:t>
      </w:r>
    </w:p>
    <w:p>
      <w:r>
        <w:rPr>
          <w:b w:val="0"/>
          <w:sz w:val="20"/>
        </w:rPr>
        <w:t>Property acquired jointly by the Parties during the marriage shall be considered marital property and subject to equitable division upon dissolution of the marriage, except as otherwise provided herein or by law.</w:t>
      </w:r>
    </w:p>
    <w:p/>
    <w:p>
      <w:r>
        <w:rPr>
          <w:b/>
          <w:sz w:val="20"/>
        </w:rPr>
        <w:t>3. DEBTS</w:t>
      </w:r>
    </w:p>
    <w:p>
      <w:r>
        <w:rPr>
          <w:b w:val="0"/>
          <w:sz w:val="20"/>
        </w:rPr>
        <w:t>Each Party shall be individually responsible for debts incurred prior to the marriage. Debts incurred jointly or individually during the marriage shall be the responsibility of the Party who incurred them, except as agreed in writing or as otherwise imposed by law.</w:t>
      </w:r>
    </w:p>
    <w:p/>
    <w:p>
      <w:r>
        <w:rPr>
          <w:b/>
          <w:sz w:val="20"/>
        </w:rPr>
        <w:t>4. SPOUSAL SUPPORT</w:t>
      </w:r>
    </w:p>
    <w:p>
      <w:r>
        <w:rPr>
          <w:b w:val="0"/>
          <w:sz w:val="20"/>
        </w:rPr>
        <w:t>In the event of separation or divorce, neither Party shall claim spousal support or maintenance from the other, except as otherwise agreed in writing or ordered by a court of competent jurisdiction.</w:t>
      </w:r>
    </w:p>
    <w:p/>
    <w:p>
      <w:r>
        <w:rPr>
          <w:b/>
          <w:sz w:val="20"/>
        </w:rPr>
        <w:t>5. ESTATE RIGHTS</w:t>
      </w:r>
    </w:p>
    <w:p>
      <w:r>
        <w:rPr>
          <w:b w:val="0"/>
          <w:sz w:val="20"/>
        </w:rPr>
        <w:t>This Agreement shall not limit or restrict the rights of either Party to dispose of their separate property by will or trust, except as agreed herein or by applicable law.</w:t>
      </w:r>
    </w:p>
    <w:p/>
    <w:p>
      <w:r>
        <w:rPr>
          <w:b/>
          <w:sz w:val="20"/>
        </w:rPr>
        <w:t>6. DISCLOSURE</w:t>
      </w:r>
    </w:p>
    <w:p>
      <w:r>
        <w:rPr>
          <w:b w:val="0"/>
          <w:sz w:val="20"/>
        </w:rPr>
        <w:t>Each Party acknowledges that they have made a full and fair disclosure of their financial circumstances, including assets and liabilities, prior to entering into this Agreement.</w:t>
      </w:r>
    </w:p>
    <w:p/>
    <w:p>
      <w:r>
        <w:rPr>
          <w:b/>
          <w:sz w:val="20"/>
        </w:rPr>
        <w:t>7. GOVERNING LAW</w:t>
      </w:r>
    </w:p>
    <w:p>
      <w:r>
        <w:rPr>
          <w:b w:val="0"/>
          <w:sz w:val="20"/>
        </w:rPr>
        <w:t>This Agreement shall be governed by and construed in accordance with the laws of the State of ____________________, United States of America.</w:t>
      </w:r>
    </w:p>
    <w:p/>
    <w:p>
      <w:r>
        <w:rPr>
          <w:b/>
          <w:sz w:val="20"/>
        </w:rPr>
        <w:t>8. AMENDMENTS</w:t>
      </w:r>
    </w:p>
    <w:p>
      <w:r>
        <w:rPr>
          <w:b w:val="0"/>
          <w:sz w:val="20"/>
        </w:rPr>
        <w:t>This Agreement may be amended or revoked only by a written instrument signed by both Parties.</w:t>
      </w:r>
    </w:p>
    <w:p/>
    <w:p>
      <w:r>
        <w:rPr>
          <w:b/>
          <w:sz w:val="20"/>
        </w:rPr>
        <w:t>9. SEVERABILITY</w:t>
      </w:r>
    </w:p>
    <w:p>
      <w:r>
        <w:rPr>
          <w:b w:val="0"/>
          <w:sz w:val="20"/>
        </w:rPr>
        <w:t>If any provision of this Agreement is found to be invalid or unenforceable, the remaining provisions shall remain in full force and effect.</w:t>
      </w:r>
    </w:p>
    <w:p/>
    <w:p>
      <w:r>
        <w:rPr>
          <w:b/>
          <w:sz w:val="20"/>
        </w:rPr>
        <w:t>10. VOLUNTARY EXECUTION</w:t>
      </w:r>
    </w:p>
    <w:p>
      <w:r>
        <w:rPr>
          <w:b w:val="0"/>
          <w:sz w:val="20"/>
        </w:rPr>
        <w:t>Each Party acknowledges that they have entered into this Agreement voluntarily, free of duress, coercion, or undue influence, and have had the opportunity to seek independent legal counsel.</w:t>
      </w:r>
    </w:p>
    <w:p/>
    <w:p>
      <w:r>
        <w:rPr>
          <w:b/>
          <w:sz w:val="20"/>
        </w:rPr>
        <w:t>11. EFFECTIVE DATE</w:t>
      </w:r>
    </w:p>
    <w:p>
      <w:r>
        <w:rPr>
          <w:b w:val="0"/>
          <w:sz w:val="20"/>
        </w:rPr>
        <w:t>This Agreement shall become effective upon the marriage of the Parties.</w:t>
      </w:r>
    </w:p>
    <w:p/>
    <w:p/>
    <w:p>
      <w:r>
        <w:rPr>
          <w:b w:val="0"/>
          <w:sz w:val="20"/>
        </w:rPr>
        <w:t>IN WITNESS WHEREOF, the Parties have executed this Marriage Contract Agreement as of the date set forth below.</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PARTY A</w:t>
            </w:r>
          </w:p>
        </w:tc>
        <w:tc>
          <w:tcPr>
            <w:tcW w:type="dxa" w:w="4986"/>
            <w:tcBorders>
              <w:top w:val="nil"/>
              <w:left w:val="nil"/>
              <w:bottom w:val="nil"/>
              <w:right w:val="nil"/>
              <w:insideH w:val="nil"/>
              <w:insideV w:val="nil"/>
            </w:tcBorders>
          </w:tcPr>
          <w:p>
            <w:pPr>
              <w:jc w:val="center"/>
            </w:pPr>
            <w:r>
              <w:t>PARTY B</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Printed Name: _______________________</w:t>
            </w:r>
          </w:p>
        </w:tc>
        <w:tc>
          <w:tcPr>
            <w:tcW w:type="dxa" w:w="4986"/>
            <w:tcBorders>
              <w:top w:val="nil"/>
              <w:left w:val="nil"/>
              <w:bottom w:val="nil"/>
              <w:right w:val="nil"/>
              <w:insideH w:val="nil"/>
              <w:insideV w:val="nil"/>
            </w:tcBorders>
          </w:tcPr>
          <w:p>
            <w:pPr>
              <w:jc w:val="center"/>
            </w:pPr>
            <w:r>
              <w:t>Printed Name: _______________________</w:t>
            </w:r>
          </w:p>
        </w:tc>
      </w:tr>
      <w:tr>
        <w:tc>
          <w:tcPr>
            <w:tcW w:type="dxa" w:w="4986"/>
            <w:tcBorders>
              <w:top w:val="nil"/>
              <w:left w:val="nil"/>
              <w:bottom w:val="nil"/>
              <w:right w:val="nil"/>
              <w:insideH w:val="nil"/>
              <w:insideV w:val="nil"/>
            </w:tcBorders>
          </w:tcPr>
          <w:p>
            <w:pPr>
              <w:jc w:val="center"/>
            </w:pPr>
            <w:r>
              <w:t>Date: _______________________________</w:t>
            </w:r>
          </w:p>
        </w:tc>
        <w:tc>
          <w:tcPr>
            <w:tcW w:type="dxa" w:w="4986"/>
            <w:tcBorders>
              <w:top w:val="nil"/>
              <w:left w:val="nil"/>
              <w:bottom w:val="nil"/>
              <w:right w:val="nil"/>
              <w:insideH w:val="nil"/>
              <w:insideV w:val="nil"/>
            </w:tcBorders>
          </w:tcPr>
          <w:p>
            <w:pPr>
              <w:jc w:val="center"/>
            </w:pPr>
            <w:r>
              <w:t>Date: _______________________________</w:t>
            </w:r>
          </w:p>
        </w:tc>
      </w:tr>
    </w:tbl>
    <w:p/>
    <w:p/>
    <w:p>
      <w:pPr>
        <w:jc w:val="center"/>
      </w:pPr>
      <w:r>
        <w:rPr>
          <w:b/>
          <w:sz w:val="20"/>
        </w:rPr>
        <w:t>NOTARY ACKNOWLEDGEMENT</w:t>
      </w:r>
    </w:p>
    <w:p/>
    <w:p>
      <w:r>
        <w:rPr>
          <w:b w:val="0"/>
          <w:sz w:val="20"/>
        </w:rPr>
        <w:t>State of ____________________, County of ____________________</w:t>
      </w:r>
    </w:p>
    <w:p>
      <w:r>
        <w:rPr>
          <w:b w:val="0"/>
          <w:sz w:val="20"/>
        </w:rPr>
        <w:t>On this _____ day of ________________, before me, a Notary Public, personally appeared Party A and Party B, known to me or satisfactorily proven to be the persons whose names are subscribed to this instrument, and acknowledged that they executed the same for the purposes therein contained.</w:t>
      </w:r>
    </w:p>
    <w:p/>
    <w:p>
      <w:r>
        <w:rPr>
          <w:b w:val="0"/>
          <w:sz w:val="20"/>
        </w:rPr>
        <w:t>IN WITNESS WHEREOF, I hereunto set my hand and official seal.</w:t>
      </w:r>
    </w:p>
    <w:p/>
    <w:p/>
    <w:tbl>
      <w:tblPr>
        <w:tblW w:type="auto" w:w="0"/>
        <w:tblLayout w:type="autofit"/>
        <w:tblLook w:firstColumn="1" w:firstRow="1" w:lastColumn="0" w:lastRow="0" w:noHBand="0" w:noVBand="1" w:val="04A0"/>
      </w:tblPr>
      <w:tblGrid>
        <w:gridCol w:w="9972"/>
      </w:tblGrid>
      <w:tr>
        <w:tc>
          <w:tcPr>
            <w:tcW w:type="dxa" w:w="9972"/>
            <w:tcBorders>
              <w:top w:val="nil"/>
              <w:left w:val="nil"/>
              <w:bottom w:val="nil"/>
              <w:right w:val="nil"/>
              <w:insideH w:val="nil"/>
              <w:insideV w:val="nil"/>
            </w:tcBorders>
          </w:tcPr>
          <w:p>
            <w:pPr>
              <w:jc w:val="left"/>
            </w:pPr>
            <w:r>
              <w:t>Notary Public Signature: _______________________________</w:t>
            </w:r>
          </w:p>
        </w:tc>
      </w:tr>
      <w:tr>
        <w:tc>
          <w:tcPr>
            <w:tcW w:type="dxa" w:w="9972"/>
            <w:tcBorders>
              <w:top w:val="nil"/>
              <w:left w:val="nil"/>
              <w:bottom w:val="nil"/>
              <w:right w:val="nil"/>
              <w:insideH w:val="nil"/>
              <w:insideV w:val="nil"/>
            </w:tcBorders>
          </w:tcPr>
          <w:p>
            <w:pPr>
              <w:jc w:val="left"/>
            </w:pPr>
            <w:r>
              <w:t>Printed Name: _________________________________________</w:t>
            </w:r>
          </w:p>
        </w:tc>
      </w:tr>
      <w:tr>
        <w:tc>
          <w:tcPr>
            <w:tcW w:type="dxa" w:w="9972"/>
            <w:tcBorders>
              <w:top w:val="nil"/>
              <w:left w:val="nil"/>
              <w:bottom w:val="nil"/>
              <w:right w:val="nil"/>
              <w:insideH w:val="nil"/>
              <w:insideV w:val="nil"/>
            </w:tcBorders>
          </w:tcPr>
          <w:p>
            <w:pPr>
              <w:jc w:val="left"/>
            </w:pPr>
            <w:r>
              <w:t>My Commission Expires: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https://docs-life.com/marriage-contract-template/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https://docs-life.com</w:t>
        </w:r>
      </w:hyperlink>
    </w:p>
    <w:p>
      <w:pPr>
        <w:jc w:val="center"/>
      </w:pPr>
      <w:r>
        <w:rPr>
          <w:color w:val="808080"/>
          <w:sz w:val="20"/>
        </w:rPr>
        <w:t>This template is intended exclusively for personal, non-commercial use.</w:t>
        <w:br/>
        <w:t>If distributed or published, the source must be mentioned. © docs-life.com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life.com/marriage-contract-template/" TargetMode="External"/><Relationship Id="rId10" Type="http://schemas.openxmlformats.org/officeDocument/2006/relationships/hyperlink" Target="https://docs-lif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