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MUTUAL AGREEMENT</w:t>
      </w:r>
    </w:p>
    <w:p/>
    <w:p>
      <w:r>
        <w:rPr>
          <w:b w:val="0"/>
          <w:sz w:val="20"/>
        </w:rPr>
        <w:t>This Mutual Agreement ("Agreement") is entered into by and between the parties listed below, collectively referred to as the "Parties." The Parties agree as follows:</w:t>
      </w:r>
    </w:p>
    <w:p/>
    <w:p>
      <w:r>
        <w:rPr>
          <w:b/>
          <w:sz w:val="20"/>
        </w:rPr>
        <w:t>PARTY INFORMATION:</w:t>
      </w:r>
    </w:p>
    <w:p>
      <w:r>
        <w:rPr>
          <w:b w:val="0"/>
          <w:sz w:val="20"/>
        </w:rPr>
        <w:t>Party 1 Name: ________________________________________________________________</w:t>
      </w:r>
    </w:p>
    <w:p>
      <w:r>
        <w:rPr>
          <w:b w:val="0"/>
          <w:sz w:val="20"/>
        </w:rPr>
        <w:t>Address: _____________________________________________________________________</w:t>
      </w:r>
    </w:p>
    <w:p>
      <w:r>
        <w:rPr>
          <w:b w:val="0"/>
          <w:sz w:val="20"/>
        </w:rPr>
        <w:t>Phone: _______________________________________________________________________</w:t>
      </w:r>
    </w:p>
    <w:p>
      <w:r>
        <w:rPr>
          <w:b w:val="0"/>
          <w:sz w:val="20"/>
        </w:rPr>
        <w:t>Email: _______________________________________________________________________</w:t>
      </w:r>
    </w:p>
    <w:p/>
    <w:p>
      <w:r>
        <w:rPr>
          <w:b w:val="0"/>
          <w:sz w:val="20"/>
        </w:rPr>
        <w:t>Party 2 Name: ________________________________________________________________</w:t>
      </w:r>
    </w:p>
    <w:p>
      <w:r>
        <w:rPr>
          <w:b w:val="0"/>
          <w:sz w:val="20"/>
        </w:rPr>
        <w:t>Address: _____________________________________________________________________</w:t>
      </w:r>
    </w:p>
    <w:p>
      <w:r>
        <w:rPr>
          <w:b w:val="0"/>
          <w:sz w:val="20"/>
        </w:rPr>
        <w:t>Phone: _______________________________________________________________________</w:t>
      </w:r>
    </w:p>
    <w:p>
      <w:r>
        <w:rPr>
          <w:b w:val="0"/>
          <w:sz w:val="20"/>
        </w:rPr>
        <w:t>Email: _______________________________________________________________________</w:t>
      </w:r>
    </w:p>
    <w:p/>
    <w:p>
      <w:r>
        <w:rPr>
          <w:b/>
          <w:sz w:val="20"/>
        </w:rPr>
        <w:t>RECITALS</w:t>
      </w:r>
    </w:p>
    <w:p>
      <w:r>
        <w:rPr>
          <w:b w:val="0"/>
          <w:sz w:val="20"/>
        </w:rPr>
        <w:t>WHEREAS, the Parties desire to enter into this Agreement to set forth their mutual understanding and obligations;</w:t>
      </w:r>
    </w:p>
    <w:p>
      <w:r>
        <w:rPr>
          <w:b w:val="0"/>
          <w:sz w:val="20"/>
        </w:rPr>
        <w:t>WHEREAS, the Parties agree to be bound by the terms and conditions set forth herein;</w:t>
      </w:r>
    </w:p>
    <w:p/>
    <w:p>
      <w:r>
        <w:rPr>
          <w:b/>
          <w:sz w:val="20"/>
        </w:rPr>
        <w:t>TERMS AND CONDITIONS</w:t>
      </w:r>
    </w:p>
    <w:p>
      <w:r>
        <w:rPr>
          <w:b/>
          <w:sz w:val="20"/>
        </w:rPr>
        <w:t>1. Purpose.</w:t>
      </w:r>
    </w:p>
    <w:p>
      <w:r>
        <w:rPr>
          <w:b w:val="0"/>
          <w:sz w:val="20"/>
        </w:rPr>
        <w:t>The Parties agree to cooperate and collaborate as described in this Agreement to achieve mutually beneficial objectives.</w:t>
      </w:r>
    </w:p>
    <w:p/>
    <w:p>
      <w:r>
        <w:rPr>
          <w:b/>
          <w:sz w:val="20"/>
        </w:rPr>
        <w:t>2. Obligations of the Parties.</w:t>
      </w:r>
    </w:p>
    <w:p>
      <w:r>
        <w:rPr>
          <w:b w:val="0"/>
          <w:sz w:val="20"/>
        </w:rPr>
        <w:t>Each Party shall perform its obligations as stated in this Agreement in a timely and professional manner, ensuring compliance with all applicable laws and regulations.</w:t>
      </w:r>
    </w:p>
    <w:p/>
    <w:p>
      <w:r>
        <w:rPr>
          <w:b/>
          <w:sz w:val="20"/>
        </w:rPr>
        <w:t>3. Term.</w:t>
      </w:r>
    </w:p>
    <w:p>
      <w:r>
        <w:rPr>
          <w:b w:val="0"/>
          <w:sz w:val="20"/>
        </w:rPr>
        <w:t>This Agreement shall commence upon execution by both Parties and continue until terminated by either Party pursuant to the provisions of this Agreement.</w:t>
      </w:r>
    </w:p>
    <w:p/>
    <w:p>
      <w:r>
        <w:rPr>
          <w:b/>
          <w:sz w:val="20"/>
        </w:rPr>
        <w:t>4. Termination.</w:t>
      </w:r>
    </w:p>
    <w:p>
      <w:r>
        <w:rPr>
          <w:b w:val="0"/>
          <w:sz w:val="20"/>
        </w:rPr>
        <w:t>Either Party may terminate this Agreement by providing written notice to the other Party at least thirty (30) days in advance, specifying the effective date of termination. Termination shall not affect any rights or obligations accrued prior to termination.</w:t>
      </w:r>
    </w:p>
    <w:p/>
    <w:p>
      <w:r>
        <w:rPr>
          <w:b/>
          <w:sz w:val="20"/>
        </w:rPr>
        <w:t>5. Confidentiality.</w:t>
      </w:r>
    </w:p>
    <w:p>
      <w:r>
        <w:rPr>
          <w:b w:val="0"/>
          <w:sz w:val="20"/>
        </w:rPr>
        <w:t>The Parties agree to keep confidential all proprietary or sensitive information received from the other Party during the course of this Agreement and to use such information solely for the purposes of this Agreement.</w:t>
      </w:r>
    </w:p>
    <w:p/>
    <w:p>
      <w:r>
        <w:rPr>
          <w:b/>
          <w:sz w:val="20"/>
        </w:rPr>
        <w:t>6. Representations and Warranties.</w:t>
      </w:r>
    </w:p>
    <w:p>
      <w:r>
        <w:rPr>
          <w:b w:val="0"/>
          <w:sz w:val="20"/>
        </w:rPr>
        <w:t>Each Party represents and warrants that it has the authority to enter into this Agreement and that the performance of its obligations will not violate any other agreement, law, or regulation.</w:t>
      </w:r>
    </w:p>
    <w:p/>
    <w:p>
      <w:r>
        <w:rPr>
          <w:b/>
          <w:sz w:val="20"/>
        </w:rPr>
        <w:t>7. Indemnification.</w:t>
      </w:r>
    </w:p>
    <w:p>
      <w:r>
        <w:rPr>
          <w:b w:val="0"/>
          <w:sz w:val="20"/>
        </w:rPr>
        <w:t>Each Party agrees to indemnify, defend, and hold harmless the other Party from and against any and all claims, liabilities, damages, losses, or expenses arising out of or related to any breach of this Agreement or any negligent or wrongful acts or omissions.</w:t>
      </w:r>
    </w:p>
    <w:p/>
    <w:p>
      <w:r>
        <w:rPr>
          <w:b/>
          <w:sz w:val="20"/>
        </w:rPr>
        <w:t>8. Limitation of Liability.</w:t>
      </w:r>
    </w:p>
    <w:p>
      <w:r>
        <w:rPr>
          <w:b w:val="0"/>
          <w:sz w:val="20"/>
        </w:rPr>
        <w:t>Neither Party shall be liable to the other for any incidental, consequential, special, or punitive damages arising out of or related to this Agreement, regardless of the cause of action.</w:t>
      </w:r>
    </w:p>
    <w:p/>
    <w:p>
      <w:r>
        <w:rPr>
          <w:b/>
          <w:sz w:val="20"/>
        </w:rPr>
        <w:t>9. Governing Law.</w:t>
      </w:r>
    </w:p>
    <w:p>
      <w:r>
        <w:rPr>
          <w:b w:val="0"/>
          <w:sz w:val="20"/>
        </w:rPr>
        <w:t>This Agreement shall be governed by and construed in accordance with the laws of the United States of America and the State of __________________, without regard to its conflict of laws principles.</w:t>
      </w:r>
    </w:p>
    <w:p/>
    <w:p>
      <w:r>
        <w:rPr>
          <w:b/>
          <w:sz w:val="20"/>
        </w:rPr>
        <w:t>10. Dispute Resolution.</w:t>
      </w:r>
    </w:p>
    <w:p>
      <w:r>
        <w:rPr>
          <w:b w:val="0"/>
          <w:sz w:val="20"/>
        </w:rPr>
        <w:t>Any disputes arising out of or relating to this Agreement shall be resolved first through good faith negotiations between the Parties. If unresolved, disputes shall be submitted to binding arbitration in accordance with the rules of the American Arbitration Association, with the arbitration to be held in __________________.</w:t>
      </w:r>
    </w:p>
    <w:p/>
    <w:p>
      <w:r>
        <w:rPr>
          <w:b/>
          <w:sz w:val="20"/>
        </w:rPr>
        <w:t>11. Entire Agreement.</w:t>
      </w:r>
    </w:p>
    <w:p>
      <w:r>
        <w:rPr>
          <w:b w:val="0"/>
          <w:sz w:val="20"/>
        </w:rPr>
        <w:t>This Agreement constitutes the entire understanding between the Parties regarding the subject matter and supersedes all prior oral or written agreements, representations, and understandings.</w:t>
      </w:r>
    </w:p>
    <w:p/>
    <w:p>
      <w:r>
        <w:rPr>
          <w:b/>
          <w:sz w:val="20"/>
        </w:rPr>
        <w:t>12. Amendments.</w:t>
      </w:r>
    </w:p>
    <w:p>
      <w:r>
        <w:rPr>
          <w:b w:val="0"/>
          <w:sz w:val="20"/>
        </w:rPr>
        <w:t>Any modifications or amendments to this Agreement must be made in writing and signed by authorized representatives of both Parties.</w:t>
      </w:r>
    </w:p>
    <w:p/>
    <w:p>
      <w:r>
        <w:rPr>
          <w:b/>
          <w:sz w:val="20"/>
        </w:rPr>
        <w:t>13. Severability.</w:t>
      </w:r>
    </w:p>
    <w:p>
      <w:r>
        <w:rPr>
          <w:b w:val="0"/>
          <w:sz w:val="20"/>
        </w:rPr>
        <w:t>If any provision of this Agreement is found invalid or unenforceable, the remaining provisions shall continue in full force and effect.</w:t>
      </w:r>
    </w:p>
    <w:p/>
    <w:p>
      <w:r>
        <w:rPr>
          <w:b/>
          <w:sz w:val="20"/>
        </w:rPr>
        <w:t>14. Notices.</w:t>
      </w:r>
    </w:p>
    <w:p>
      <w:r>
        <w:rPr>
          <w:b w:val="0"/>
          <w:sz w:val="20"/>
        </w:rPr>
        <w:t>All notices required or permitted under this Agreement shall be in writing and delivered personally, sent by certified mail, or by recognized overnight courier to the addresses specified by the Parties.</w:t>
      </w:r>
    </w:p>
    <w:p/>
    <w:p>
      <w:r>
        <w:rPr>
          <w:b/>
          <w:sz w:val="20"/>
        </w:rPr>
        <w:t>15. No Waiver.</w:t>
      </w:r>
    </w:p>
    <w:p>
      <w:r>
        <w:rPr>
          <w:b w:val="0"/>
          <w:sz w:val="20"/>
        </w:rPr>
        <w:t>Failure by either Party to enforce any provision of this Agreement shall not be deemed a waiver of future enforcement of that or any other provision.</w:t>
      </w:r>
    </w:p>
    <w:p/>
    <w:p>
      <w:r>
        <w:rPr>
          <w:b/>
          <w:sz w:val="20"/>
        </w:rPr>
        <w:t>16. Counterparts.</w:t>
      </w:r>
    </w:p>
    <w:p>
      <w:r>
        <w:rPr>
          <w:b w:val="0"/>
          <w:sz w:val="20"/>
        </w:rPr>
        <w:t>This Agreement may be executed in counterparts, each of which shall be deemed an original, and all of which together shall constitute one and the same instrument.</w:t>
      </w:r>
    </w:p>
    <w:p/>
    <w:p/>
    <w:p>
      <w:r>
        <w:rPr>
          <w:b/>
          <w:sz w:val="20"/>
        </w:rPr>
        <w:t>IN WITNESS WHEREOF, the Parties have executed this Mutual Agreement as of the date written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https://docs-life.com/mutual-agreement-template/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mutual-agreemen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