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NOTIFICATION OF DEATH</w:t>
      </w:r>
    </w:p>
    <w:p/>
    <w:p>
      <w:r>
        <w:rPr>
          <w:b/>
          <w:sz w:val="20"/>
        </w:rPr>
        <w:t>To Whom It May Concern:</w:t>
      </w:r>
    </w:p>
    <w:p/>
    <w:p>
      <w:r>
        <w:rPr>
          <w:b w:val="0"/>
          <w:sz w:val="20"/>
        </w:rPr>
        <w:t>This letter serves as formal notification of the death of the individual named below. The undersigned hereby informs all relevant parties and entities to take necessary actions in accordance with applicable United States laws and regulations.</w:t>
      </w:r>
    </w:p>
    <w:p/>
    <w:p/>
    <w:p>
      <w:r>
        <w:rPr>
          <w:b/>
          <w:sz w:val="20"/>
        </w:rPr>
        <w:t>Deceased Individual Information:</w:t>
      </w:r>
    </w:p>
    <w:p>
      <w:r>
        <w:rPr>
          <w:b w:val="0"/>
          <w:sz w:val="20"/>
        </w:rPr>
        <w:t>Full Name: ____________________________________________________________</w:t>
      </w:r>
    </w:p>
    <w:p>
      <w:r>
        <w:rPr>
          <w:b w:val="0"/>
          <w:sz w:val="20"/>
        </w:rPr>
        <w:t>Date of Birth: ________________________________________________________</w:t>
      </w:r>
    </w:p>
    <w:p>
      <w:r>
        <w:rPr>
          <w:b w:val="0"/>
          <w:sz w:val="20"/>
        </w:rPr>
        <w:t>Social Security Number (SSN): ___________________________________________</w:t>
      </w:r>
    </w:p>
    <w:p>
      <w:r>
        <w:rPr>
          <w:b w:val="0"/>
          <w:sz w:val="20"/>
        </w:rPr>
        <w:t>Last Known Address: ____________________________________________________</w:t>
      </w:r>
    </w:p>
    <w:p>
      <w:r>
        <w:rPr>
          <w:b w:val="0"/>
          <w:sz w:val="20"/>
        </w:rPr>
        <w:t>City, State, Zip Code: _________________________________________________</w:t>
      </w:r>
    </w:p>
    <w:p/>
    <w:p>
      <w:r>
        <w:rPr>
          <w:b/>
          <w:sz w:val="20"/>
        </w:rPr>
        <w:t>Informant's Information:</w:t>
      </w:r>
    </w:p>
    <w:p>
      <w:r>
        <w:rPr>
          <w:b w:val="0"/>
          <w:sz w:val="20"/>
        </w:rPr>
        <w:t>Full Name: ____________________________________________________________</w:t>
      </w:r>
    </w:p>
    <w:p>
      <w:r>
        <w:rPr>
          <w:b w:val="0"/>
          <w:sz w:val="20"/>
        </w:rPr>
        <w:t>Relationship to Deceased: _______________________________________________</w:t>
      </w:r>
    </w:p>
    <w:p>
      <w:r>
        <w:rPr>
          <w:b w:val="0"/>
          <w:sz w:val="20"/>
        </w:rPr>
        <w:t>Address: ______________________________________________________________</w:t>
      </w:r>
    </w:p>
    <w:p>
      <w:r>
        <w:rPr>
          <w:b w:val="0"/>
          <w:sz w:val="20"/>
        </w:rPr>
        <w:t>City, State, Zip Code: 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Details of Death:</w:t>
      </w:r>
    </w:p>
    <w:p>
      <w:r>
        <w:rPr>
          <w:b w:val="0"/>
          <w:sz w:val="20"/>
        </w:rPr>
        <w:t>Date of Death: ________________________________________________________</w:t>
      </w:r>
    </w:p>
    <w:p>
      <w:r>
        <w:rPr>
          <w:b w:val="0"/>
          <w:sz w:val="20"/>
        </w:rPr>
        <w:t>Place of Death (Hospital/Home/Other): ___________________________________</w:t>
      </w:r>
    </w:p>
    <w:p>
      <w:r>
        <w:rPr>
          <w:b w:val="0"/>
          <w:sz w:val="20"/>
        </w:rPr>
        <w:t>Cause of Death (if known): _____________________________________________</w:t>
      </w:r>
    </w:p>
    <w:p/>
    <w:p>
      <w:r>
        <w:rPr>
          <w:b/>
          <w:sz w:val="20"/>
        </w:rPr>
        <w:t>Funeral and Burial Arrangements:</w:t>
      </w:r>
    </w:p>
    <w:p>
      <w:r>
        <w:rPr>
          <w:b w:val="0"/>
          <w:sz w:val="20"/>
        </w:rPr>
        <w:t>The following arrangements have been made or are being arranged regarding the disposition of the deceased's remains. Please direct all inquiries and communications accordingly.</w:t>
      </w:r>
    </w:p>
    <w:p>
      <w:r>
        <w:rPr>
          <w:b w:val="0"/>
          <w:sz w:val="20"/>
        </w:rPr>
        <w:t>Funeral Home Name: ____________________________________________________</w:t>
      </w:r>
    </w:p>
    <w:p>
      <w:r>
        <w:rPr>
          <w:b w:val="0"/>
          <w:sz w:val="20"/>
        </w:rPr>
        <w:t>Contact Person: ________________________________________________________</w:t>
      </w:r>
    </w:p>
    <w:p>
      <w:r>
        <w:rPr>
          <w:b w:val="0"/>
          <w:sz w:val="20"/>
        </w:rPr>
        <w:t>Phone Number: _________________________________________________________</w:t>
      </w:r>
    </w:p>
    <w:p>
      <w:r>
        <w:rPr>
          <w:b w:val="0"/>
          <w:sz w:val="20"/>
        </w:rPr>
        <w:t>Address: ______________________________________________________________</w:t>
      </w:r>
    </w:p>
    <w:p>
      <w:r>
        <w:rPr>
          <w:b w:val="0"/>
          <w:sz w:val="20"/>
        </w:rPr>
        <w:t>City, State, Zip Code: _________________________________________________</w:t>
      </w:r>
    </w:p>
    <w:p/>
    <w:p>
      <w:r>
        <w:rPr>
          <w:b/>
          <w:sz w:val="20"/>
        </w:rPr>
        <w:t>Notifications to Relevant Institutions:</w:t>
      </w:r>
    </w:p>
    <w:p>
      <w:r>
        <w:rPr>
          <w:b w:val="0"/>
          <w:sz w:val="20"/>
        </w:rPr>
        <w:t>This notification should be disseminated to all pertinent entities, including but not limited to:</w:t>
      </w:r>
    </w:p>
    <w:p>
      <w:r>
        <w:rPr>
          <w:b w:val="0"/>
          <w:sz w:val="20"/>
        </w:rPr>
        <w:t>- Social Security Administration</w:t>
      </w:r>
    </w:p>
    <w:p>
      <w:r>
        <w:rPr>
          <w:b w:val="0"/>
          <w:sz w:val="20"/>
        </w:rPr>
        <w:t>- Banks and Financial Institutions</w:t>
      </w:r>
    </w:p>
    <w:p>
      <w:r>
        <w:rPr>
          <w:b w:val="0"/>
          <w:sz w:val="20"/>
        </w:rPr>
        <w:t>- Insurance Companies</w:t>
      </w:r>
    </w:p>
    <w:p>
      <w:r>
        <w:rPr>
          <w:b w:val="0"/>
          <w:sz w:val="20"/>
        </w:rPr>
        <w:t>- Employers</w:t>
      </w:r>
    </w:p>
    <w:p>
      <w:r>
        <w:rPr>
          <w:b w:val="0"/>
          <w:sz w:val="20"/>
        </w:rPr>
        <w:t>- Credit Agencies</w:t>
      </w:r>
    </w:p>
    <w:p>
      <w:r>
        <w:rPr>
          <w:b w:val="0"/>
          <w:sz w:val="20"/>
        </w:rPr>
        <w:t>- Government Agencies</w:t>
      </w:r>
    </w:p>
    <w:p>
      <w:r>
        <w:rPr>
          <w:b w:val="0"/>
          <w:sz w:val="20"/>
        </w:rPr>
        <w:t>- Healthcare Providers</w:t>
      </w:r>
    </w:p>
    <w:p>
      <w:r>
        <w:rPr>
          <w:b w:val="0"/>
          <w:sz w:val="20"/>
        </w:rPr>
        <w:t>- Utility Companies</w:t>
      </w:r>
    </w:p>
    <w:p>
      <w:r>
        <w:rPr>
          <w:b w:val="0"/>
          <w:sz w:val="20"/>
        </w:rPr>
        <w:t>- Any other relevant organizations</w:t>
      </w:r>
    </w:p>
    <w:p/>
    <w:p>
      <w:r>
        <w:rPr>
          <w:b/>
          <w:sz w:val="20"/>
        </w:rPr>
        <w:t>Legal and Administrative Matters:</w:t>
      </w:r>
    </w:p>
    <w:p>
      <w:r>
        <w:rPr>
          <w:b w:val="0"/>
          <w:sz w:val="20"/>
        </w:rPr>
        <w:t>The Informant confirms that all legal and administrative responsibilities related to the deceased's estate, debts, and obligations will be managed in compliance with applicable laws.</w:t>
      </w:r>
    </w:p>
    <w:p>
      <w:r>
        <w:rPr>
          <w:b w:val="0"/>
          <w:sz w:val="20"/>
        </w:rPr>
        <w:t>Please provide the Informant with all necessary information and documentation required to proceed with estate settlement, benefits claims, and any other relevant procedures.</w:t>
      </w:r>
    </w:p>
    <w:p/>
    <w:p>
      <w:r>
        <w:rPr>
          <w:b/>
          <w:sz w:val="20"/>
        </w:rPr>
        <w:t>Confidentiality and Privacy:</w:t>
      </w:r>
    </w:p>
    <w:p>
      <w:r>
        <w:rPr>
          <w:b w:val="0"/>
          <w:sz w:val="20"/>
        </w:rPr>
        <w:t>All information contained within this notification is to be handled with the utmost confidentiality and used solely for the purposes of managing the deceased’s affairs. Disclosure to unauthorized parties is prohibited.</w:t>
      </w:r>
    </w:p>
    <w:p/>
    <w:p>
      <w:r>
        <w:rPr>
          <w:b/>
          <w:sz w:val="20"/>
        </w:rPr>
        <w:t>For any questions or further information, please contact:</w:t>
      </w:r>
    </w:p>
    <w:p>
      <w:r>
        <w:rPr>
          <w:b w:val="0"/>
          <w:sz w:val="20"/>
        </w:rPr>
        <w:t>Name: ________________________________________________________________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INFORMANT</w:t>
            </w:r>
          </w:p>
        </w:tc>
        <w:tc>
          <w:tcPr>
            <w:tcW w:type="dxa" w:w="4986"/>
            <w:tcBorders>
              <w:top w:val="nil"/>
              <w:left w:val="nil"/>
              <w:bottom w:val="nil"/>
              <w:right w:val="nil"/>
              <w:insideH w:val="nil"/>
              <w:insideV w:val="nil"/>
            </w:tcBorders>
          </w:tcPr>
          <w:p>
            <w:pPr>
              <w:jc w:val="center"/>
            </w:pPr>
            <w:r>
              <w:t>WITNESS (if applicable)</w:t>
            </w:r>
          </w:p>
        </w:tc>
      </w:tr>
      <w:tr>
        <w:tc>
          <w:tcPr>
            <w:tcW w:type="dxa" w:w="4986"/>
            <w:tcBorders>
              <w:top w:val="nil"/>
              <w:left w:val="nil"/>
              <w:bottom w:val="nil"/>
              <w:right w:val="nil"/>
              <w:insideH w:val="nil"/>
              <w:insideV w:val="nil"/>
            </w:tcBorders>
          </w:tcPr>
          <w:p>
            <w:pPr>
              <w:jc w:val="center"/>
            </w:pPr>
            <w:r>
              <w:br/>
              <w:br/>
              <w:t>Signature: _________________________________</w:t>
            </w:r>
          </w:p>
        </w:tc>
        <w:tc>
          <w:tcPr>
            <w:tcW w:type="dxa" w:w="4986"/>
            <w:tcBorders>
              <w:top w:val="nil"/>
              <w:left w:val="nil"/>
              <w:bottom w:val="nil"/>
              <w:right w:val="nil"/>
              <w:insideH w:val="nil"/>
              <w:insideV w:val="nil"/>
            </w:tcBorders>
          </w:tcPr>
          <w:p>
            <w:pPr>
              <w:jc w:val="center"/>
            </w:pPr>
            <w:r>
              <w:br/>
              <w:br/>
              <w:t>Signature: _________________________________</w:t>
            </w:r>
          </w:p>
        </w:tc>
      </w:tr>
      <w:tr>
        <w:tc>
          <w:tcPr>
            <w:tcW w:type="dxa" w:w="4986"/>
            <w:tcBorders>
              <w:top w:val="nil"/>
              <w:left w:val="nil"/>
              <w:bottom w:val="nil"/>
              <w:right w:val="nil"/>
              <w:insideH w:val="nil"/>
              <w:insideV w:val="nil"/>
            </w:tcBorders>
          </w:tcPr>
          <w:p>
            <w:pPr>
              <w:jc w:val="center"/>
            </w:pPr>
            <w:r>
              <w:t>Name: _____________________________________</w:t>
            </w:r>
          </w:p>
        </w:tc>
        <w:tc>
          <w:tcPr>
            <w:tcW w:type="dxa" w:w="4986"/>
            <w:tcBorders>
              <w:top w:val="nil"/>
              <w:left w:val="nil"/>
              <w:bottom w:val="nil"/>
              <w:right w:val="nil"/>
              <w:insideH w:val="nil"/>
              <w:insideV w:val="nil"/>
            </w:tcBorders>
          </w:tcPr>
          <w:p>
            <w:pPr>
              <w:jc w:val="center"/>
            </w:pPr>
            <w:r>
              <w:t>Name: _____________________________________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https://docs-life.com/notification-of-death-letter-template/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https://docs-life.com</w:t>
        </w:r>
      </w:hyperlink>
    </w:p>
    <w:p>
      <w:pPr>
        <w:jc w:val="center"/>
      </w:pPr>
      <w:r>
        <w:rPr>
          <w:color w:val="808080"/>
          <w:sz w:val="20"/>
        </w:rPr>
        <w:t>This template is intended exclusively for personal, non-commercial use.</w:t>
        <w:br/>
        <w:t>If distributed or published, the source must be mentioned. © docs-life.com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life.com/notification-of-death-letter-template/" TargetMode="External"/><Relationship Id="rId10" Type="http://schemas.openxmlformats.org/officeDocument/2006/relationships/hyperlink" Target="https://docs-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