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PERMISSION TO TAKE CHILD ABROAD AUTHORIZATION</w:t>
      </w:r>
    </w:p>
    <w:p/>
    <w:p>
      <w:r>
        <w:rPr>
          <w:b/>
          <w:sz w:val="20"/>
        </w:rPr>
        <w:t>I/We, the undersigned, hereby give permission as described below.</w:t>
      </w:r>
    </w:p>
    <w:p/>
    <w:p>
      <w:r>
        <w:rPr>
          <w:b/>
          <w:sz w:val="20"/>
        </w:rPr>
        <w:t>Parent/Guardian Information:</w:t>
      </w:r>
    </w:p>
    <w:p>
      <w:r>
        <w:rPr>
          <w:b w:val="0"/>
          <w:sz w:val="20"/>
        </w:rPr>
        <w:t>Full Name(s): _______________________________________________________________</w:t>
      </w:r>
    </w:p>
    <w:p>
      <w:r>
        <w:rPr>
          <w:b w:val="0"/>
          <w:sz w:val="20"/>
        </w:rPr>
        <w:t>Relationship to Child(ren): __________________________________________________</w:t>
      </w:r>
    </w:p>
    <w:p>
      <w:r>
        <w:rPr>
          <w:b w:val="0"/>
          <w:sz w:val="20"/>
        </w:rPr>
        <w:t>Address: _____________________________________________________________________</w:t>
      </w:r>
    </w:p>
    <w:p>
      <w:r>
        <w:rPr>
          <w:b w:val="0"/>
          <w:sz w:val="20"/>
        </w:rPr>
        <w:t>Phone Number: ________________________________________________________________</w:t>
      </w:r>
    </w:p>
    <w:p>
      <w:r>
        <w:rPr>
          <w:b w:val="0"/>
          <w:sz w:val="20"/>
        </w:rPr>
        <w:t>Email: _______________________________________________________________________</w:t>
      </w:r>
    </w:p>
    <w:p/>
    <w:p>
      <w:r>
        <w:rPr>
          <w:b/>
          <w:sz w:val="20"/>
        </w:rPr>
        <w:t>Child(ren) Information:</w:t>
      </w:r>
    </w:p>
    <w:p>
      <w:r>
        <w:rPr>
          <w:b w:val="0"/>
          <w:sz w:val="20"/>
        </w:rPr>
        <w:t>Full Name(s) of Child(ren): ___________________________________________________</w:t>
      </w:r>
    </w:p>
    <w:p>
      <w:r>
        <w:rPr>
          <w:b w:val="0"/>
          <w:sz w:val="20"/>
        </w:rPr>
        <w:t>Date(s) of Birth: _____________________________________________________________</w:t>
      </w:r>
    </w:p>
    <w:p>
      <w:r>
        <w:rPr>
          <w:b w:val="0"/>
          <w:sz w:val="20"/>
        </w:rPr>
        <w:t>Passport Number(s): ___________________________________________________________</w:t>
      </w:r>
    </w:p>
    <w:p/>
    <w:p>
      <w:r>
        <w:rPr>
          <w:b/>
          <w:sz w:val="20"/>
        </w:rPr>
        <w:t>Authorized Traveler Information:</w:t>
      </w:r>
    </w:p>
    <w:p>
      <w:r>
        <w:rPr>
          <w:b w:val="0"/>
          <w:sz w:val="20"/>
        </w:rPr>
        <w:t>Full Name(s): _______________________________________________________________</w:t>
      </w:r>
    </w:p>
    <w:p>
      <w:r>
        <w:rPr>
          <w:b w:val="0"/>
          <w:sz w:val="20"/>
        </w:rPr>
        <w:t>Relationship to Child(ren): __________________________________________________</w:t>
      </w:r>
    </w:p>
    <w:p>
      <w:r>
        <w:rPr>
          <w:b w:val="0"/>
          <w:sz w:val="20"/>
        </w:rPr>
        <w:t>Address: _____________________________________________________________________</w:t>
      </w:r>
    </w:p>
    <w:p>
      <w:r>
        <w:rPr>
          <w:b w:val="0"/>
          <w:sz w:val="20"/>
        </w:rPr>
        <w:t>Phone Number: ________________________________________________________________</w:t>
      </w:r>
    </w:p>
    <w:p>
      <w:r>
        <w:rPr>
          <w:b w:val="0"/>
          <w:sz w:val="20"/>
        </w:rPr>
        <w:t>Email: _______________________________________________________________________</w:t>
      </w:r>
    </w:p>
    <w:p/>
    <w:p>
      <w:r>
        <w:rPr>
          <w:b/>
          <w:sz w:val="20"/>
        </w:rPr>
        <w:t>Travel Details:</w:t>
      </w:r>
    </w:p>
    <w:p>
      <w:r>
        <w:rPr>
          <w:b w:val="0"/>
          <w:sz w:val="20"/>
        </w:rPr>
        <w:t>Destination(s): _______________________________________________________________</w:t>
      </w:r>
    </w:p>
    <w:p>
      <w:r>
        <w:rPr>
          <w:b w:val="0"/>
          <w:sz w:val="20"/>
        </w:rPr>
        <w:t>Purpose of Travel: ____________________________________________________________</w:t>
      </w:r>
    </w:p>
    <w:p>
      <w:r>
        <w:rPr>
          <w:b w:val="0"/>
          <w:sz w:val="20"/>
        </w:rPr>
        <w:t>Departure Date: _______________________________________________________________</w:t>
      </w:r>
    </w:p>
    <w:p>
      <w:r>
        <w:rPr>
          <w:b w:val="0"/>
          <w:sz w:val="20"/>
        </w:rPr>
        <w:t>Return Date: _________________________________________________________________</w:t>
      </w:r>
    </w:p>
    <w:p/>
    <w:p>
      <w:r>
        <w:rPr>
          <w:b/>
          <w:sz w:val="20"/>
        </w:rPr>
        <w:t>Authorization:</w:t>
      </w:r>
    </w:p>
    <w:p>
      <w:r>
        <w:rPr>
          <w:b w:val="0"/>
          <w:sz w:val="20"/>
        </w:rPr>
        <w:t>I/We hereby authorize the above-named authorized traveler to travel internationally with the aforementioned child(ren). I/We confirm that I/we have legal custody or guardianship of the child(ren) and have the legal right to grant this permission. I/We understand that this authorization permits the authorized traveler to make decisions related to the child's welfare during the travel period. This authorization is effective only for the dates specified above.</w:t>
      </w:r>
    </w:p>
    <w:p/>
    <w:p>
      <w:r>
        <w:rPr>
          <w:b/>
          <w:sz w:val="20"/>
        </w:rPr>
        <w:t>Medical Consent:</w:t>
      </w:r>
    </w:p>
    <w:p>
      <w:r>
        <w:rPr>
          <w:b w:val="0"/>
          <w:sz w:val="20"/>
        </w:rPr>
        <w:t>I/We authorize the authorized traveler to consent to medical treatment for the child(ren) during the travel period, including emergency medical care, hospitalization, and surgery, if necessary. I/We understand that I/we will be notified as soon as possible in the event of any medical emergency.</w:t>
      </w:r>
    </w:p>
    <w:p/>
    <w:p>
      <w:r>
        <w:rPr>
          <w:b/>
          <w:sz w:val="20"/>
        </w:rPr>
        <w:t>Custody and Legal Compliance:</w:t>
      </w:r>
    </w:p>
    <w:p>
      <w:r>
        <w:rPr>
          <w:b w:val="0"/>
          <w:sz w:val="20"/>
        </w:rPr>
        <w:t>I/We declare that there are no court orders, custody agreements, or legal restrictions preventing me/us from granting this permission. I/We agree to comply with all applicable laws and regulations governing international travel with minors.</w:t>
      </w:r>
    </w:p>
    <w:p/>
    <w:p>
      <w:r>
        <w:rPr>
          <w:b/>
          <w:sz w:val="20"/>
        </w:rPr>
        <w:t>Liability Waiver:</w:t>
      </w:r>
    </w:p>
    <w:p>
      <w:r>
        <w:rPr>
          <w:b w:val="0"/>
          <w:sz w:val="20"/>
        </w:rPr>
        <w:t>I/We release and hold harmless the authorized traveler from any liability arising from the travel or care of the child(ren) during the authorized period, except in cases of gross negligence or willful misconduct.</w:t>
      </w:r>
    </w:p>
    <w:p/>
    <w:p>
      <w:r>
        <w:rPr>
          <w:b/>
          <w:sz w:val="20"/>
        </w:rPr>
        <w:t>Indemnification:</w:t>
      </w:r>
    </w:p>
    <w:p>
      <w:r>
        <w:rPr>
          <w:b w:val="0"/>
          <w:sz w:val="20"/>
        </w:rPr>
        <w:t>I/We agree to indemnify and hold harmless the authorized traveler against all claims, losses, damages, or expenses arising from this authorization.</w:t>
      </w:r>
    </w:p>
    <w:p/>
    <w:p>
      <w:r>
        <w:rPr>
          <w:b/>
          <w:sz w:val="20"/>
        </w:rPr>
        <w:t>Duration and Termination:</w:t>
      </w:r>
    </w:p>
    <w:p>
      <w:r>
        <w:rPr>
          <w:b w:val="0"/>
          <w:sz w:val="20"/>
        </w:rPr>
        <w:t>This authorization shall remain valid only for the travel period specified above. It may be revoked in writing at any time prior to the travel.</w:t>
      </w:r>
    </w:p>
    <w:p/>
    <w:p>
      <w:r>
        <w:rPr>
          <w:b/>
          <w:sz w:val="20"/>
        </w:rPr>
        <w:t>Governing Law:</w:t>
      </w:r>
    </w:p>
    <w:p>
      <w:r>
        <w:rPr>
          <w:b w:val="0"/>
          <w:sz w:val="20"/>
        </w:rPr>
        <w:t>This authorization shall be governed by and construed in accordance with the laws of the United States of America and the state of ______________.</w:t>
      </w:r>
    </w:p>
    <w:p/>
    <w:p/>
    <w:p>
      <w:r>
        <w:rPr>
          <w:b w:val="0"/>
          <w:sz w:val="20"/>
        </w:rPr>
        <w:t>Place of Signature: ___________________________________________________________</w:t>
      </w:r>
    </w:p>
    <w:p>
      <w:r>
        <w:rPr>
          <w:b w:val="0"/>
          <w:sz w:val="20"/>
        </w:rPr>
        <w:t>Date of Signature: 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PARENT/GUARDIAN</w:t>
            </w:r>
          </w:p>
        </w:tc>
        <w:tc>
          <w:tcPr>
            <w:tcW w:type="dxa" w:w="4986"/>
            <w:tcBorders>
              <w:top w:val="nil"/>
              <w:left w:val="nil"/>
              <w:bottom w:val="nil"/>
              <w:right w:val="nil"/>
              <w:insideH w:val="nil"/>
              <w:insideV w:val="nil"/>
            </w:tcBorders>
          </w:tcPr>
          <w:p>
            <w:pPr>
              <w:jc w:val="center"/>
            </w:pPr>
            <w:r>
              <w:t>AUTHORIZED TRAVELER</w:t>
            </w:r>
          </w:p>
        </w:tc>
      </w:tr>
      <w:tr>
        <w:tc>
          <w:tcPr>
            <w:tcW w:type="dxa" w:w="4986"/>
            <w:tcBorders>
              <w:top w:val="nil"/>
              <w:left w:val="nil"/>
              <w:bottom w:val="nil"/>
              <w:right w:val="nil"/>
              <w:insideH w:val="nil"/>
              <w:insideV w:val="nil"/>
            </w:tcBorders>
          </w:tcPr>
          <w:p>
            <w:pPr>
              <w:jc w:val="center"/>
            </w:pPr>
            <w:r>
              <w:br/>
              <w:br/>
              <w:t>Signature: ____________________________</w:t>
            </w:r>
          </w:p>
        </w:tc>
        <w:tc>
          <w:tcPr>
            <w:tcW w:type="dxa" w:w="4986"/>
            <w:tcBorders>
              <w:top w:val="nil"/>
              <w:left w:val="nil"/>
              <w:bottom w:val="nil"/>
              <w:right w:val="nil"/>
              <w:insideH w:val="nil"/>
              <w:insideV w:val="nil"/>
            </w:tcBorders>
          </w:tcPr>
          <w:p>
            <w:pPr>
              <w:jc w:val="center"/>
            </w:pPr>
            <w:r>
              <w:br/>
              <w:br/>
              <w:t>Signature: 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https://docs-life.com/permission-to-take-child-abroad-template/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permission-to-take-child-abroad-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