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POWER OF ATTORNEY FOR MINOR CHILD</w:t>
      </w:r>
    </w:p>
    <w:p/>
    <w:p/>
    <w:p>
      <w:r>
        <w:rPr>
          <w:b w:val="0"/>
          <w:sz w:val="20"/>
        </w:rPr>
        <w:t>I, the undersigned, being the lawful parent and/or legal guardian of the minor child named below, hereby grant this Power of Attorney to the designated Agent, authorizing the Agent to act on my behalf in matters concerning the minor child.</w:t>
      </w:r>
    </w:p>
    <w:p/>
    <w:p/>
    <w:p>
      <w:r>
        <w:rPr>
          <w:b/>
          <w:sz w:val="20"/>
        </w:rPr>
        <w:t>MINOR CHILD INFORMATION</w:t>
      </w:r>
    </w:p>
    <w:p>
      <w:r>
        <w:rPr>
          <w:b w:val="0"/>
          <w:sz w:val="20"/>
        </w:rPr>
        <w:t>Full Name: ________________________________________________________________</w:t>
      </w:r>
    </w:p>
    <w:p>
      <w:r>
        <w:rPr>
          <w:b w:val="0"/>
          <w:sz w:val="20"/>
        </w:rPr>
        <w:t>Date of Birth: _____________________________________________________________</w:t>
      </w:r>
    </w:p>
    <w:p>
      <w:r>
        <w:rPr>
          <w:b w:val="0"/>
          <w:sz w:val="20"/>
        </w:rPr>
        <w:t>Place of Birth: ____________________________________________________________</w:t>
      </w:r>
    </w:p>
    <w:p>
      <w:r>
        <w:rPr>
          <w:b w:val="0"/>
          <w:sz w:val="20"/>
        </w:rPr>
        <w:t>Current Address: ___________________________________________________________</w:t>
      </w:r>
    </w:p>
    <w:p>
      <w:r>
        <w:rPr>
          <w:b w:val="0"/>
          <w:sz w:val="20"/>
        </w:rPr>
        <w:t>City: ___________________________ State: ______________ ZIP Code: __________</w:t>
      </w:r>
    </w:p>
    <w:p/>
    <w:p>
      <w:r>
        <w:rPr>
          <w:b/>
          <w:sz w:val="20"/>
        </w:rPr>
        <w:t>PARENT/LEGAL GUARDIAN INFORMATION</w:t>
      </w:r>
    </w:p>
    <w:p>
      <w:r>
        <w:rPr>
          <w:b w:val="0"/>
          <w:sz w:val="20"/>
        </w:rPr>
        <w:t>Full Name: ________________________________________________________________</w:t>
      </w:r>
    </w:p>
    <w:p>
      <w:r>
        <w:rPr>
          <w:b w:val="0"/>
          <w:sz w:val="20"/>
        </w:rPr>
        <w:t>Relationship to Minor: _____________________________________________________</w:t>
      </w:r>
    </w:p>
    <w:p>
      <w:r>
        <w:rPr>
          <w:b w:val="0"/>
          <w:sz w:val="20"/>
        </w:rPr>
        <w:t>Address: _________________________________________________________________</w:t>
      </w:r>
    </w:p>
    <w:p>
      <w:r>
        <w:rPr>
          <w:b w:val="0"/>
          <w:sz w:val="20"/>
        </w:rPr>
        <w:t>City: ___________________________ State: ______________ ZIP Code: 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AGENT INFORMATION</w:t>
      </w:r>
    </w:p>
    <w:p>
      <w:r>
        <w:rPr>
          <w:b w:val="0"/>
          <w:sz w:val="20"/>
        </w:rPr>
        <w:t>Full Name: ________________________________________________________________</w:t>
      </w:r>
    </w:p>
    <w:p>
      <w:r>
        <w:rPr>
          <w:b w:val="0"/>
          <w:sz w:val="20"/>
        </w:rPr>
        <w:t>Relationship to Minor: _____________________________________________________</w:t>
      </w:r>
    </w:p>
    <w:p>
      <w:r>
        <w:rPr>
          <w:b w:val="0"/>
          <w:sz w:val="20"/>
        </w:rPr>
        <w:t>Address: _________________________________________________________________</w:t>
      </w:r>
    </w:p>
    <w:p>
      <w:r>
        <w:rPr>
          <w:b w:val="0"/>
          <w:sz w:val="20"/>
        </w:rPr>
        <w:t>City: ___________________________ State: ______________ ZIP Code: __________</w:t>
      </w:r>
    </w:p>
    <w:p>
      <w:r>
        <w:rPr>
          <w:b w:val="0"/>
          <w:sz w:val="20"/>
        </w:rPr>
        <w:t>Phone Number: _____________________________________________________________</w:t>
      </w:r>
    </w:p>
    <w:p>
      <w:r>
        <w:rPr>
          <w:b w:val="0"/>
          <w:sz w:val="20"/>
        </w:rPr>
        <w:t>Email Address: _____________________________________________________________</w:t>
      </w:r>
    </w:p>
    <w:p/>
    <w:p>
      <w:r>
        <w:rPr>
          <w:b/>
          <w:sz w:val="20"/>
        </w:rPr>
        <w:t>SCOPE OF AUTHORITY</w:t>
      </w:r>
    </w:p>
    <w:p>
      <w:r>
        <w:rPr>
          <w:b w:val="0"/>
          <w:sz w:val="20"/>
        </w:rPr>
        <w:t>The Agent is authorized to perform on behalf of the minor child and myself, as the parent/legal guardian, the following acts and duties to the fullest extent permitted by law:</w:t>
      </w:r>
    </w:p>
    <w:p>
      <w:r>
        <w:rPr>
          <w:b w:val="0"/>
          <w:sz w:val="20"/>
        </w:rPr>
        <w:t>1. To enroll the minor child in school, access educational records, and make decisions regarding educational services and activities.</w:t>
      </w:r>
    </w:p>
    <w:p>
      <w:r>
        <w:rPr>
          <w:b w:val="0"/>
          <w:sz w:val="20"/>
        </w:rPr>
        <w:t>2. To consent to medical, dental, psychological, and surgical treatment for the minor child, including emergency medical care.</w:t>
      </w:r>
    </w:p>
    <w:p>
      <w:r>
        <w:rPr>
          <w:b w:val="0"/>
          <w:sz w:val="20"/>
        </w:rPr>
        <w:t>3. To obtain and review all medical, dental, psychological, and educational records relating to the minor child.</w:t>
      </w:r>
    </w:p>
    <w:p>
      <w:r>
        <w:rPr>
          <w:b w:val="0"/>
          <w:sz w:val="20"/>
        </w:rPr>
        <w:t>4. To authorize and obtain services related to the minor child's welfare and well-being, including participation in extracurricular and recreational activities.</w:t>
      </w:r>
    </w:p>
    <w:p>
      <w:r>
        <w:rPr>
          <w:b w:val="0"/>
          <w:sz w:val="20"/>
        </w:rPr>
        <w:t>5. To make decisions concerning travel and transportation for the minor child.</w:t>
      </w:r>
    </w:p>
    <w:p>
      <w:r>
        <w:rPr>
          <w:b w:val="0"/>
          <w:sz w:val="20"/>
        </w:rPr>
        <w:t>6. To manage and handle any legal or administrative matters involving the minor child, including representation before governmental agencies.</w:t>
      </w:r>
    </w:p>
    <w:p>
      <w:r>
        <w:rPr>
          <w:b w:val="0"/>
          <w:sz w:val="20"/>
        </w:rPr>
        <w:t>7. To access and manage insurance claims and benefits related to the minor child.</w:t>
      </w:r>
    </w:p>
    <w:p/>
    <w:p>
      <w:r>
        <w:rPr>
          <w:b/>
          <w:sz w:val="20"/>
        </w:rPr>
        <w:t>LIMITATIONS ON AUTHORITY</w:t>
      </w:r>
    </w:p>
    <w:p>
      <w:r>
        <w:rPr>
          <w:b w:val="0"/>
          <w:sz w:val="20"/>
        </w:rPr>
        <w:t>This Power of Attorney does NOT authorize the Agent to consent to the following on behalf of the minor child:</w:t>
      </w:r>
    </w:p>
    <w:p>
      <w:r>
        <w:rPr>
          <w:b w:val="0"/>
          <w:sz w:val="20"/>
        </w:rPr>
        <w:t>- Marriage or divorce proceedings.</w:t>
      </w:r>
    </w:p>
    <w:p>
      <w:r>
        <w:rPr>
          <w:b w:val="0"/>
          <w:sz w:val="20"/>
        </w:rPr>
        <w:t>- Adoption or termination of parental rights.</w:t>
      </w:r>
    </w:p>
    <w:p>
      <w:r>
        <w:rPr>
          <w:b w:val="0"/>
          <w:sz w:val="20"/>
        </w:rPr>
        <w:t>- Any matter requiring a court order or judicial approval unless otherwise permitted by law.</w:t>
      </w:r>
    </w:p>
    <w:p/>
    <w:p>
      <w:r>
        <w:rPr>
          <w:b/>
          <w:sz w:val="20"/>
        </w:rPr>
        <w:t>DURATION</w:t>
      </w:r>
    </w:p>
    <w:p>
      <w:r>
        <w:rPr>
          <w:b w:val="0"/>
          <w:sz w:val="20"/>
        </w:rPr>
        <w:t>This Power of Attorney shall become effective immediately upon execution and shall remain in effect until revoked in writing by the undersigned parent/legal guardian or upon the minor child reaching the age of majority under applicable law.</w:t>
      </w:r>
    </w:p>
    <w:p/>
    <w:p>
      <w:r>
        <w:rPr>
          <w:b/>
          <w:sz w:val="20"/>
        </w:rPr>
        <w:t>REVOCATION</w:t>
      </w:r>
    </w:p>
    <w:p>
      <w:r>
        <w:rPr>
          <w:b w:val="0"/>
          <w:sz w:val="20"/>
        </w:rPr>
        <w:t>This Power of Attorney may be revoked at any time by providing written notice to the Agent. Revocation shall not affect any actions taken by the Agent prior to receipt of such notice.</w:t>
      </w:r>
    </w:p>
    <w:p/>
    <w:p>
      <w:r>
        <w:rPr>
          <w:b/>
          <w:sz w:val="20"/>
        </w:rPr>
        <w:t>GOVERNING LAW</w:t>
      </w:r>
    </w:p>
    <w:p>
      <w:r>
        <w:rPr>
          <w:b w:val="0"/>
          <w:sz w:val="20"/>
        </w:rPr>
        <w:t>This Power of Attorney shall be governed by and construed in accordance with the laws of the State of ____________________, United States of America.</w:t>
      </w:r>
    </w:p>
    <w:p/>
    <w:p/>
    <w:p>
      <w:r>
        <w:rPr>
          <w:b w:val="0"/>
          <w:sz w:val="20"/>
        </w:rPr>
        <w:t>IN WITNESS WHEREOF, I have executed this Power of Attorney for Minor Child on the date indicated below.</w:t>
      </w:r>
    </w:p>
    <w:p/>
    <w:p/>
    <w:p>
      <w:r>
        <w:rPr>
          <w:b w:val="0"/>
          <w:sz w:val="20"/>
        </w:rPr>
        <w:t>Place: ______________________________________________________</w:t>
      </w:r>
    </w:p>
    <w:p>
      <w:r>
        <w:rPr>
          <w:b w:val="0"/>
          <w:sz w:val="20"/>
        </w:rPr>
        <w:t>Date: 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PARENT/LEGAL GUARDIAN</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p/>
    <w:p>
      <w:r>
        <w:rPr>
          <w:b/>
          <w:sz w:val="20"/>
        </w:rPr>
        <w:t>NOTARY ACKNOWLEDGMENT</w:t>
      </w:r>
    </w:p>
    <w:p>
      <w:r>
        <w:rPr>
          <w:b w:val="0"/>
          <w:sz w:val="20"/>
        </w:rPr>
        <w:t>State of ______________________</w:t>
      </w:r>
    </w:p>
    <w:p>
      <w:r>
        <w:rPr>
          <w:b w:val="0"/>
          <w:sz w:val="20"/>
        </w:rPr>
        <w:t>County of _____________________</w:t>
      </w:r>
    </w:p>
    <w:p/>
    <w:p>
      <w:r>
        <w:rPr>
          <w:b w:val="0"/>
          <w:sz w:val="20"/>
        </w:rPr>
        <w:t>On this _____ day of ____________________, before me, a Notary Public, personally appeared __________________________, known to me (or proved to me on the basis of satisfactory evidence) to be the person whose name is subscribed to this Power of Attorney and acknowledged that he/she executed the same for the purposes therein contained.</w:t>
      </w:r>
    </w:p>
    <w:p/>
    <w:p>
      <w:r>
        <w:rPr>
          <w:b w:val="0"/>
          <w:sz w:val="20"/>
        </w:rPr>
        <w:t>IN WITNESS WHEREOF, I hereunto set my hand and official seal.</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Notary Public Signature:</w:t>
            </w:r>
          </w:p>
        </w:tc>
        <w:tc>
          <w:tcPr>
            <w:tcW w:type="dxa" w:w="4986"/>
            <w:tcBorders>
              <w:top w:val="nil"/>
              <w:left w:val="nil"/>
              <w:bottom w:val="nil"/>
              <w:right w:val="nil"/>
              <w:insideH w:val="nil"/>
              <w:insideV w:val="nil"/>
            </w:tcBorders>
          </w:tcPr>
          <w:p>
            <w:pPr>
              <w:jc w:val="left"/>
            </w:pPr>
            <w:r>
              <w:t>My Commission Expires:</w:t>
            </w:r>
          </w:p>
        </w:tc>
      </w:tr>
      <w:tr>
        <w:tc>
          <w:tcPr>
            <w:tcW w:type="dxa" w:w="4986"/>
            <w:tcBorders>
              <w:top w:val="nil"/>
              <w:left w:val="nil"/>
              <w:bottom w:val="nil"/>
              <w:right w:val="nil"/>
              <w:insideH w:val="nil"/>
              <w:insideV w:val="nil"/>
            </w:tcBorders>
          </w:tcPr>
          <w:p>
            <w:pPr>
              <w:jc w:val="left"/>
            </w:pPr>
            <w:r>
              <w:br/>
              <w:br/>
              <w:t>_______________________________</w:t>
            </w:r>
          </w:p>
        </w:tc>
        <w:tc>
          <w:tcPr>
            <w:tcW w:type="dxa" w:w="4986"/>
            <w:tcBorders>
              <w:top w:val="nil"/>
              <w:left w:val="nil"/>
              <w:bottom w:val="nil"/>
              <w:right w:val="nil"/>
              <w:insideH w:val="nil"/>
              <w:insideV w:val="nil"/>
            </w:tcBorders>
          </w:tcPr>
          <w:p>
            <w:pPr>
              <w:jc w:val="left"/>
            </w:pPr>
            <w:r>
              <w:br/>
              <w:br/>
              <w:t>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https://docs-life.com/power-of-attorney-for-minor-child-template/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power-of-attorney-for-minor-child-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