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PROOF OF RESIDENCY LETTER FROM FAMILY MEMBER</w:t>
      </w:r>
    </w:p>
    <w:p/>
    <w:p/>
    <w:p>
      <w:r>
        <w:rPr>
          <w:b w:val="0"/>
          <w:sz w:val="20"/>
        </w:rPr>
        <w:t>To Whom It May Concern:</w:t>
      </w:r>
    </w:p>
    <w:p/>
    <w:p>
      <w:r>
        <w:rPr>
          <w:b w:val="0"/>
          <w:sz w:val="20"/>
        </w:rPr>
        <w:t>I, the undersigned, hereby certify that the individual named below currently resides at my residential address. This letter serves as formal proof of residency for the purposes required by applicable authorities and institutions in the United States.</w:t>
      </w:r>
    </w:p>
    <w:p/>
    <w:p/>
    <w:p>
      <w:r>
        <w:rPr>
          <w:b/>
          <w:sz w:val="20"/>
        </w:rPr>
        <w:t>Family Member (Affiant) Information:</w:t>
      </w:r>
    </w:p>
    <w:p>
      <w:r>
        <w:rPr>
          <w:b w:val="0"/>
          <w:sz w:val="20"/>
        </w:rPr>
        <w:t>Full Name: ____________________________________________________________</w:t>
      </w:r>
    </w:p>
    <w:p>
      <w:r>
        <w:rPr>
          <w:b w:val="0"/>
          <w:sz w:val="20"/>
        </w:rPr>
        <w:t>Relationship to Resident: 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r>
        <w:rPr>
          <w:b w:val="0"/>
          <w:sz w:val="20"/>
        </w:rPr>
        <w:t>Residential Address: ____________________________________________________</w:t>
      </w:r>
    </w:p>
    <w:p>
      <w:r>
        <w:rPr>
          <w:b w:val="0"/>
          <w:sz w:val="20"/>
        </w:rPr>
        <w:t xml:space="preserve">                 ________________________________________________________</w:t>
      </w:r>
    </w:p>
    <w:p>
      <w:r>
        <w:rPr>
          <w:b w:val="0"/>
          <w:sz w:val="20"/>
        </w:rPr>
        <w:t xml:space="preserve">                 ________________________________________________________</w:t>
      </w:r>
    </w:p>
    <w:p/>
    <w:p>
      <w:r>
        <w:rPr>
          <w:b/>
          <w:sz w:val="20"/>
        </w:rPr>
        <w:t>Resident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Relationship to Family Member: ___________________________________________</w:t>
      </w:r>
    </w:p>
    <w:p/>
    <w:p>
      <w:r>
        <w:rPr>
          <w:b/>
          <w:sz w:val="20"/>
        </w:rPr>
        <w:t>Residency Details:</w:t>
      </w:r>
    </w:p>
    <w:p>
      <w:r>
        <w:rPr>
          <w:b w:val="0"/>
          <w:sz w:val="20"/>
        </w:rPr>
        <w:t>The aforementioned resident has been living at my above stated residential address since _______________________________________________________________.</w:t>
      </w:r>
    </w:p>
    <w:p>
      <w:r>
        <w:rPr>
          <w:b w:val="0"/>
          <w:sz w:val="20"/>
        </w:rPr>
        <w:t>This residence is their primary and usual place of habitation. They have access to and share the common living areas and facilities of the residence.</w:t>
      </w:r>
    </w:p>
    <w:p/>
    <w:p>
      <w:r>
        <w:rPr>
          <w:b/>
          <w:sz w:val="20"/>
        </w:rPr>
        <w:t>Purpose of Letter:</w:t>
      </w:r>
    </w:p>
    <w:p>
      <w:r>
        <w:rPr>
          <w:b w:val="0"/>
          <w:sz w:val="20"/>
        </w:rPr>
        <w:t>This letter is provided to confirm residency for purposes including, but not limited to, proof of address for government agencies, financial institutions, educational entities, and other authorized organizations.</w:t>
      </w:r>
    </w:p>
    <w:p/>
    <w:p>
      <w:r>
        <w:rPr>
          <w:b/>
          <w:sz w:val="20"/>
        </w:rPr>
        <w:t>Affirmation:</w:t>
      </w:r>
    </w:p>
    <w:p>
      <w:r>
        <w:rPr>
          <w:b w:val="0"/>
          <w:sz w:val="20"/>
        </w:rPr>
        <w:t>I affirm that the information provided herein is true and correct to the best of my knowledge and belief. I understand that providing false information may subject me to penalties under applicable laws of the United States, including potential charges of perjury or fraud.</w:t>
      </w:r>
    </w:p>
    <w:p/>
    <w:p>
      <w:r>
        <w:rPr>
          <w:b/>
          <w:sz w:val="20"/>
        </w:rPr>
        <w:t>Additional Notes:</w:t>
      </w:r>
    </w:p>
    <w:p>
      <w:r>
        <w:rPr>
          <w:b w:val="0"/>
          <w:sz w:val="20"/>
        </w:rPr>
        <w:t>If additional verification is required, please contact me using the phone number or email address provided above.</w:t>
      </w:r>
    </w:p>
    <w:p/>
    <w:p/>
    <w:p>
      <w:pPr>
        <w:jc w:val="center"/>
      </w:pPr>
      <w:r>
        <w:rPr>
          <w:b/>
          <w:sz w:val="20"/>
        </w:rPr>
        <w:t>Signature Section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FAMILY MEMBER (AFFIANT)</w:t>
            </w:r>
          </w:p>
        </w:tc>
        <w:tc>
          <w:tcPr>
            <w:tcW w:type="dxa" w:w="4986"/>
            <w:tcBorders>
              <w:top w:val="nil"/>
              <w:left w:val="nil"/>
              <w:bottom w:val="nil"/>
              <w:right w:val="nil"/>
              <w:insideH w:val="nil"/>
              <w:insideV w:val="nil"/>
            </w:tcBorders>
          </w:tcPr>
          <w:p>
            <w:pPr>
              <w:jc w:val="center"/>
            </w:pPr>
            <w:r>
              <w:t>RESIDENT</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Printed Name: ___________________________</w:t>
            </w:r>
          </w:p>
        </w:tc>
        <w:tc>
          <w:tcPr>
            <w:tcW w:type="dxa" w:w="4986"/>
            <w:tcBorders>
              <w:top w:val="nil"/>
              <w:left w:val="nil"/>
              <w:bottom w:val="nil"/>
              <w:right w:val="nil"/>
              <w:insideH w:val="nil"/>
              <w:insideV w:val="nil"/>
            </w:tcBorders>
          </w:tcPr>
          <w:p>
            <w:pPr>
              <w:jc w:val="center"/>
            </w:pPr>
            <w:r>
              <w:t>Printed Name: ___________________________</w:t>
            </w:r>
          </w:p>
        </w:tc>
      </w:tr>
      <w:tr>
        <w:tc>
          <w:tcPr>
            <w:tcW w:type="dxa" w:w="4986"/>
            <w:tcBorders>
              <w:top w:val="nil"/>
              <w:left w:val="nil"/>
              <w:bottom w:val="nil"/>
              <w:right w:val="nil"/>
              <w:insideH w:val="nil"/>
              <w:insideV w:val="nil"/>
            </w:tcBorders>
          </w:tcPr>
          <w:p>
            <w:pPr>
              <w:jc w:val="center"/>
            </w:pPr>
            <w:r>
              <w:t>Date: __________________________________</w:t>
            </w:r>
          </w:p>
        </w:tc>
        <w:tc>
          <w:tcPr>
            <w:tcW w:type="dxa" w:w="4986"/>
            <w:tcBorders>
              <w:top w:val="nil"/>
              <w:left w:val="nil"/>
              <w:bottom w:val="nil"/>
              <w:right w:val="nil"/>
              <w:insideH w:val="nil"/>
              <w:insideV w:val="nil"/>
            </w:tcBorders>
          </w:tcPr>
          <w:p>
            <w:pPr>
              <w:jc w:val="center"/>
            </w:pPr>
            <w:r>
              <w:t>Date: __________________________________</w:t>
            </w:r>
          </w:p>
        </w:tc>
      </w:tr>
    </w:tbl>
    <w:p/>
    <w:p/>
    <w:p>
      <w:r>
        <w:rPr>
          <w:b/>
          <w:sz w:val="20"/>
        </w:rPr>
        <w:t>Notary Acknowledgment (if required):</w:t>
      </w:r>
    </w:p>
    <w:p>
      <w:r>
        <w:rPr>
          <w:b w:val="0"/>
          <w:sz w:val="20"/>
        </w:rPr>
        <w:t>State of ______________________, County of ______________________</w:t>
      </w:r>
    </w:p>
    <w:p>
      <w:r>
        <w:rPr>
          <w:b w:val="0"/>
          <w:sz w:val="20"/>
        </w:rPr>
        <w:t>On this __________ day of ________________________, before me, a Notary Public, personally appeared ________________________________________________, known to me or proved to me on the basis of satisfactory evidence to be the person whose name is subscribed to this instrument, and acknowledged that he/she executed the same for the purposes herein contained.</w:t>
      </w:r>
    </w:p>
    <w:p>
      <w:r>
        <w:rPr>
          <w:b w:val="0"/>
          <w:sz w:val="20"/>
        </w:rPr>
      </w:r>
    </w:p>
    <w:p>
      <w:r>
        <w:rPr>
          <w:b w:val="0"/>
          <w:sz w:val="20"/>
        </w:rPr>
        <w:t>______________________________           ______________________________</w:t>
      </w:r>
    </w:p>
    <w:p>
      <w:r>
        <w:rPr>
          <w:b w:val="0"/>
          <w:sz w:val="20"/>
        </w:rPr>
        <w:t>Notary Public Signature                          My Commission Expires</w:t>
      </w:r>
    </w:p>
    <w:p>
      <w:r>
        <w:rPr>
          <w:b w:val="0"/>
          <w:sz w:val="20"/>
        </w:rPr>
      </w:r>
    </w:p>
    <w:p>
      <w:r>
        <w:rPr>
          <w:b w:val="0"/>
          <w:sz w:val="20"/>
        </w:rPr>
        <w:t>Notary Seal / Stamp:</w:t>
      </w:r>
    </w:p>
    <w:p/>
    <w:p/>
    <w:p>
      <w:r>
        <w:br w:type="page"/>
      </w:r>
    </w:p>
    <w:p>
      <w:pPr>
        <w:jc w:val="center"/>
      </w:pPr>
      <w:r>
        <w:rPr>
          <w:color w:val="555555"/>
          <w:sz w:val="24"/>
        </w:rPr>
        <w:t>Original source of this document:</w:t>
      </w:r>
    </w:p>
    <w:p>
      <w:pPr>
        <w:jc w:val="center"/>
      </w:pPr>
      <w:hyperlink r:id="rId9">
        <w:r>
          <w:rPr>
            <w:color w:val="0000FF"/>
            <w:u w:val="single"/>
          </w:rPr>
          <w:t>https://docs-life.com/proof-of-residency-letter-from-family-member-template/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proof-of-residency-letter-from-family-member-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