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ROOMMATE AGREEMENT</w:t>
      </w:r>
    </w:p>
    <w:p/>
    <w:p/>
    <w:p>
      <w:r>
        <w:rPr>
          <w:b w:val="0"/>
          <w:sz w:val="20"/>
        </w:rPr>
        <w:t>This Roommate Agreement (the "Agreement") is made between the undersigned roommates residing at the same premises (the "Premises"). The purpose of this Agreement is to establish the rights, responsibilities, and obligations of each roommate to ensure a harmonious and respectful living environment.</w:t>
      </w:r>
    </w:p>
    <w:p/>
    <w:p/>
    <w:p>
      <w:r>
        <w:rPr>
          <w:b/>
          <w:sz w:val="22"/>
        </w:rPr>
        <w:t>1. Parties</w:t>
      </w:r>
    </w:p>
    <w:p>
      <w:r>
        <w:rPr>
          <w:b w:val="0"/>
          <w:sz w:val="20"/>
        </w:rPr>
        <w:t>The parties to this Agreement are as follows:</w:t>
      </w:r>
    </w:p>
    <w:p>
      <w:r>
        <w:rPr>
          <w:b w:val="0"/>
          <w:sz w:val="20"/>
        </w:rPr>
        <w:t>Roommate 1: ______________________________________________________________</w:t>
      </w:r>
    </w:p>
    <w:p>
      <w:r>
        <w:rPr>
          <w:b w:val="0"/>
          <w:sz w:val="20"/>
        </w:rPr>
        <w:t>Roommate 2: ______________________________________________________________</w:t>
      </w:r>
    </w:p>
    <w:p>
      <w:r>
        <w:rPr>
          <w:b w:val="0"/>
          <w:sz w:val="20"/>
        </w:rPr>
        <w:t>Roommate 3 (if applicable): ________________________________________________</w:t>
      </w:r>
    </w:p>
    <w:p>
      <w:r>
        <w:rPr>
          <w:b w:val="0"/>
          <w:sz w:val="20"/>
        </w:rPr>
        <w:t>Roommate 4 (if applicable): ________________________________________________</w:t>
      </w:r>
    </w:p>
    <w:p/>
    <w:p/>
    <w:p>
      <w:r>
        <w:rPr>
          <w:b/>
          <w:sz w:val="22"/>
        </w:rPr>
        <w:t>2. Term and Premises</w:t>
      </w:r>
    </w:p>
    <w:p>
      <w:r>
        <w:rPr>
          <w:b w:val="0"/>
          <w:sz w:val="20"/>
        </w:rPr>
        <w:t>This Agreement governs the living arrangement at the premises located at:</w:t>
      </w:r>
    </w:p>
    <w:p>
      <w:r>
        <w:rPr>
          <w:b w:val="0"/>
          <w:sz w:val="20"/>
        </w:rPr>
        <w:t>Address: _________________________________________________________________</w:t>
      </w:r>
    </w:p>
    <w:p>
      <w:r>
        <w:rPr>
          <w:b w:val="0"/>
          <w:sz w:val="20"/>
        </w:rPr>
        <w:t>The Agreement shall remain in effect until terminated by mutual consent or pursuant to the termination provisions below.</w:t>
      </w:r>
    </w:p>
    <w:p/>
    <w:p/>
    <w:p>
      <w:r>
        <w:rPr>
          <w:b/>
          <w:sz w:val="22"/>
        </w:rPr>
        <w:t>3. Rent and Utilities</w:t>
      </w:r>
    </w:p>
    <w:p>
      <w:r>
        <w:rPr>
          <w:b w:val="0"/>
          <w:sz w:val="20"/>
        </w:rPr>
        <w:t>3.1 Rent</w:t>
      </w:r>
    </w:p>
    <w:p>
      <w:r>
        <w:rPr>
          <w:b w:val="0"/>
          <w:sz w:val="20"/>
        </w:rPr>
        <w:t>Each roommate agrees to pay their share of the monthly rent in the amount of $____________, due on or before the ____ day of each month.</w:t>
      </w:r>
    </w:p>
    <w:p>
      <w:r>
        <w:rPr>
          <w:b w:val="0"/>
          <w:sz w:val="20"/>
        </w:rPr>
        <w:t>3.2 Utilities</w:t>
      </w:r>
    </w:p>
    <w:p>
      <w:r>
        <w:rPr>
          <w:b w:val="0"/>
          <w:sz w:val="20"/>
        </w:rPr>
        <w:t>Roommates shall share responsibility for payment of utilities including, but not limited to, electricity, water, gas, internet, and trash collection. Each roommate's share is as follows:</w:t>
      </w:r>
    </w:p>
    <w:p>
      <w:r>
        <w:rPr>
          <w:b w:val="0"/>
          <w:sz w:val="20"/>
        </w:rPr>
        <w:t>Roommate 1: $____________</w:t>
      </w:r>
    </w:p>
    <w:p>
      <w:r>
        <w:rPr>
          <w:b w:val="0"/>
          <w:sz w:val="20"/>
        </w:rPr>
        <w:t>Roommate 2: $____________</w:t>
      </w:r>
    </w:p>
    <w:p>
      <w:r>
        <w:rPr>
          <w:b w:val="0"/>
          <w:sz w:val="20"/>
        </w:rPr>
        <w:t>Roommate 3 (if applicable): $____________</w:t>
      </w:r>
    </w:p>
    <w:p>
      <w:r>
        <w:rPr>
          <w:b w:val="0"/>
          <w:sz w:val="20"/>
        </w:rPr>
        <w:t>Roommate 4 (if applicable): $____________</w:t>
      </w:r>
    </w:p>
    <w:p>
      <w:r>
        <w:rPr>
          <w:b w:val="0"/>
          <w:sz w:val="20"/>
        </w:rPr>
        <w:t>Payments shall be made promptly to avoid disruption of services.</w:t>
      </w:r>
    </w:p>
    <w:p/>
    <w:p/>
    <w:p>
      <w:r>
        <w:rPr>
          <w:b/>
          <w:sz w:val="22"/>
        </w:rPr>
        <w:t>4. Security Deposit</w:t>
      </w:r>
    </w:p>
    <w:p>
      <w:r>
        <w:rPr>
          <w:b w:val="0"/>
          <w:sz w:val="20"/>
        </w:rPr>
        <w:t>A security deposit in the total amount of $____________ has been paid to the landlord/property manager.</w:t>
      </w:r>
    </w:p>
    <w:p>
      <w:r>
        <w:rPr>
          <w:b w:val="0"/>
          <w:sz w:val="20"/>
        </w:rPr>
        <w:t>Roommates agree to share responsibility for any damages or unpaid rent deducted from the security deposit upon move-out.</w:t>
      </w:r>
    </w:p>
    <w:p>
      <w:r>
        <w:rPr>
          <w:b w:val="0"/>
          <w:sz w:val="20"/>
        </w:rPr>
        <w:t>Individual responsibility for the security deposit is as follows:</w:t>
      </w:r>
    </w:p>
    <w:p>
      <w:r>
        <w:rPr>
          <w:b w:val="0"/>
          <w:sz w:val="20"/>
        </w:rPr>
        <w:t>Roommate 1: $____________</w:t>
      </w:r>
    </w:p>
    <w:p>
      <w:r>
        <w:rPr>
          <w:b w:val="0"/>
          <w:sz w:val="20"/>
        </w:rPr>
        <w:t>Roommate 2: $____________</w:t>
      </w:r>
    </w:p>
    <w:p>
      <w:r>
        <w:rPr>
          <w:b w:val="0"/>
          <w:sz w:val="20"/>
        </w:rPr>
        <w:t>Roommate 3 (if applicable): $____________</w:t>
      </w:r>
    </w:p>
    <w:p>
      <w:r>
        <w:rPr>
          <w:b w:val="0"/>
          <w:sz w:val="20"/>
        </w:rPr>
        <w:t>Roommate 4 (if applicable): $____________</w:t>
      </w:r>
    </w:p>
    <w:p/>
    <w:p/>
    <w:p>
      <w:r>
        <w:rPr>
          <w:b/>
          <w:sz w:val="22"/>
        </w:rPr>
        <w:t>5. Use and Occupancy</w:t>
      </w:r>
    </w:p>
    <w:p>
      <w:r>
        <w:rPr>
          <w:b w:val="0"/>
          <w:sz w:val="20"/>
        </w:rPr>
        <w:t>5.1 The Premises shall be used solely as a personal residence.</w:t>
      </w:r>
    </w:p>
    <w:p>
      <w:r>
        <w:rPr>
          <w:b w:val="0"/>
          <w:sz w:val="20"/>
        </w:rPr>
        <w:t>5.2 No illegal activities shall be conducted on the Premises.</w:t>
      </w:r>
    </w:p>
    <w:p>
      <w:r>
        <w:rPr>
          <w:b w:val="0"/>
          <w:sz w:val="20"/>
        </w:rPr>
        <w:t>5.3 Guests are permitted with the consent of all roommates and shall not stay for more than ____ consecutive nights without agreement of all roommates.</w:t>
      </w:r>
    </w:p>
    <w:p/>
    <w:p/>
    <w:p>
      <w:r>
        <w:rPr>
          <w:b/>
          <w:sz w:val="22"/>
        </w:rPr>
        <w:t>6. Chores and Responsibilities</w:t>
      </w:r>
    </w:p>
    <w:p>
      <w:r>
        <w:rPr>
          <w:b w:val="0"/>
          <w:sz w:val="20"/>
        </w:rPr>
        <w:t>Roommates agree to fairly share household chores including cleaning, trash disposal, and maintenance of shared spaces.</w:t>
      </w:r>
    </w:p>
    <w:p>
      <w:r>
        <w:rPr>
          <w:b w:val="0"/>
          <w:sz w:val="20"/>
        </w:rPr>
        <w:t>A chore schedule may be established and rotated as agreed by all roommates.</w:t>
      </w:r>
    </w:p>
    <w:p/>
    <w:p/>
    <w:p>
      <w:r>
        <w:rPr>
          <w:b/>
          <w:sz w:val="22"/>
        </w:rPr>
        <w:t>7. Quiet Enjoyment and Conduct</w:t>
      </w:r>
    </w:p>
    <w:p>
      <w:r>
        <w:rPr>
          <w:b w:val="0"/>
          <w:sz w:val="20"/>
        </w:rPr>
        <w:t>7.1 Roommates shall respect each other's right to quiet enjoyment of the Premises.</w:t>
      </w:r>
    </w:p>
    <w:p>
      <w:r>
        <w:rPr>
          <w:b w:val="0"/>
          <w:sz w:val="20"/>
        </w:rPr>
        <w:t>7.2 Excessive noise, disruptive behavior, or harassment shall be avoided.</w:t>
      </w:r>
    </w:p>
    <w:p>
      <w:r>
        <w:rPr>
          <w:b w:val="0"/>
          <w:sz w:val="20"/>
        </w:rPr>
        <w:t>7.3 Conflicts should be addressed promptly and in a respectful manner.</w:t>
      </w:r>
    </w:p>
    <w:p/>
    <w:p/>
    <w:p>
      <w:r>
        <w:rPr>
          <w:b/>
          <w:sz w:val="22"/>
        </w:rPr>
        <w:t>8. Personal Property</w:t>
      </w:r>
    </w:p>
    <w:p>
      <w:r>
        <w:rPr>
          <w:b w:val="0"/>
          <w:sz w:val="20"/>
        </w:rPr>
        <w:t>Each roommate is responsible for their own personal property.</w:t>
      </w:r>
    </w:p>
    <w:p>
      <w:r>
        <w:rPr>
          <w:b w:val="0"/>
          <w:sz w:val="20"/>
        </w:rPr>
        <w:t>Roommates agree not to use or borrow each other's personal property without permission.</w:t>
      </w:r>
    </w:p>
    <w:p/>
    <w:p/>
    <w:p>
      <w:r>
        <w:rPr>
          <w:b/>
          <w:sz w:val="22"/>
        </w:rPr>
        <w:t>9. Termination of Agreement</w:t>
      </w:r>
    </w:p>
    <w:p>
      <w:r>
        <w:rPr>
          <w:b w:val="0"/>
          <w:sz w:val="20"/>
        </w:rPr>
        <w:t>9.1 Any roommate wishing to terminate their participation in this Agreement must provide written notice to the other roommates at least ____ days in advance.</w:t>
      </w:r>
    </w:p>
    <w:p>
      <w:r>
        <w:rPr>
          <w:b w:val="0"/>
          <w:sz w:val="20"/>
        </w:rPr>
        <w:t>9.2 The remaining roommates may agree to find a replacement roommate to assume the terminating roommate’s obligations.</w:t>
      </w:r>
    </w:p>
    <w:p>
      <w:r>
        <w:rPr>
          <w:b w:val="0"/>
          <w:sz w:val="20"/>
        </w:rPr>
        <w:t>9.3 Upon termination, the departing roommate shall fulfill all financial and property obligations through their last day of occupancy.</w:t>
      </w:r>
    </w:p>
    <w:p/>
    <w:p/>
    <w:p>
      <w:r>
        <w:rPr>
          <w:b/>
          <w:sz w:val="22"/>
        </w:rPr>
        <w:t>10. Indemnification</w:t>
      </w:r>
    </w:p>
    <w:p>
      <w:r>
        <w:rPr>
          <w:b w:val="0"/>
          <w:sz w:val="20"/>
        </w:rPr>
        <w:t>Roommates agree to indemnify and hold harmless each other from any claims, damages, or liabilities arising from their own negligence, willful misconduct, or breach of this Agreement.</w:t>
      </w:r>
    </w:p>
    <w:p/>
    <w:p/>
    <w:p>
      <w:r>
        <w:rPr>
          <w:b/>
          <w:sz w:val="22"/>
        </w:rPr>
        <w:t>11. Governing Law and Dispute Resolution</w:t>
      </w:r>
    </w:p>
    <w:p>
      <w:r>
        <w:rPr>
          <w:b w:val="0"/>
          <w:sz w:val="20"/>
        </w:rPr>
        <w:t>This Agreement shall be governed by and construed in accordance with the laws of the State of ___________________.</w:t>
      </w:r>
    </w:p>
    <w:p>
      <w:r>
        <w:rPr>
          <w:b w:val="0"/>
          <w:sz w:val="20"/>
        </w:rPr>
        <w:t>Any disputes arising under this Agreement shall be resolved first through mediation, and if unresolved, through binding arbitration or in a court of competent jurisdiction.</w:t>
      </w:r>
    </w:p>
    <w:p/>
    <w:p/>
    <w:p>
      <w:r>
        <w:rPr>
          <w:b/>
          <w:sz w:val="22"/>
        </w:rPr>
        <w:t>12. Miscellaneous</w:t>
      </w:r>
    </w:p>
    <w:p>
      <w:r>
        <w:rPr>
          <w:b w:val="0"/>
          <w:sz w:val="20"/>
        </w:rPr>
        <w:t>12.1 Entire Agreement: This document constitutes the entire agreement among the roommates and supersedes all prior discussions or agreements.</w:t>
      </w:r>
    </w:p>
    <w:p>
      <w:r>
        <w:rPr>
          <w:b w:val="0"/>
          <w:sz w:val="20"/>
        </w:rPr>
        <w:t>12.2 Amendments: Any amendments to this Agreement must be in writing and signed by all roommates.</w:t>
      </w:r>
    </w:p>
    <w:p>
      <w:r>
        <w:rPr>
          <w:b w:val="0"/>
          <w:sz w:val="20"/>
        </w:rPr>
        <w:t>12.3 Severability: If any provision is found unenforceable, the remainder shall remain in full force and effect.</w:t>
      </w:r>
    </w:p>
    <w:p/>
    <w:p/>
    <w:p>
      <w:r>
        <w:rPr>
          <w:b w:val="0"/>
          <w:sz w:val="20"/>
        </w:rPr>
        <w:t>IN WITNESS WHEREOF, the parties have executed this Roommate Agreement as of their respective signatures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ROOMMATE 1</w:t>
            </w:r>
          </w:p>
        </w:tc>
        <w:tc>
          <w:tcPr>
            <w:tcW w:type="dxa" w:w="4986"/>
            <w:tcBorders>
              <w:top w:val="nil"/>
              <w:left w:val="nil"/>
              <w:bottom w:val="nil"/>
              <w:right w:val="nil"/>
              <w:insideH w:val="nil"/>
              <w:insideV w:val="nil"/>
            </w:tcBorders>
          </w:tcPr>
          <w:p>
            <w:pPr>
              <w:jc w:val="center"/>
            </w:pPr>
            <w:r>
              <w:t>ROOMMATE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Date: _______________________________</w:t>
            </w:r>
          </w:p>
        </w:tc>
      </w:tr>
    </w:tbl>
    <w:p/>
    <w:p/>
    <w:p>
      <w:r>
        <w:rPr>
          <w:b w:val="0"/>
          <w:sz w:val="20"/>
        </w:rPr>
        <w:t>ROOMMATE 3 (if applicable)</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ROOMMATE 3</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p>
        </w:tc>
      </w:tr>
    </w:tbl>
    <w:p/>
    <w:p/>
    <w:p>
      <w:r>
        <w:rPr>
          <w:b w:val="0"/>
          <w:sz w:val="20"/>
        </w:rPr>
        <w:t>ROOMMATE 4 (if applicable)</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ROOMMATE 4</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p>
        </w:tc>
      </w:tr>
    </w:tbl>
    <w:p>
      <w:r>
        <w:br w:type="page"/>
      </w:r>
    </w:p>
    <w:p>
      <w:pPr>
        <w:jc w:val="center"/>
      </w:pPr>
      <w:r>
        <w:rPr>
          <w:color w:val="555555"/>
          <w:sz w:val="24"/>
        </w:rPr>
        <w:t>Original source of this document:</w:t>
      </w:r>
    </w:p>
    <w:p>
      <w:pPr>
        <w:jc w:val="center"/>
      </w:pPr>
      <w:hyperlink r:id="rId9">
        <w:r>
          <w:rPr>
            <w:color w:val="0000FF"/>
            <w:u w:val="single"/>
          </w:rPr>
          <w:t>https://docs-life.com/roommate-agreement-template/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roommate-agreemen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