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SEPARATION AGREEMENT</w:t>
      </w:r>
    </w:p>
    <w:p/>
    <w:p>
      <w:r>
        <w:rPr>
          <w:b/>
          <w:sz w:val="20"/>
        </w:rPr>
        <w:t>This Separation Agreement ("Agreement") is entered into by and between:</w:t>
      </w:r>
    </w:p>
    <w:p>
      <w:r>
        <w:rPr>
          <w:b w:val="0"/>
          <w:sz w:val="20"/>
        </w:rPr>
        <w:t>Party A: ________________________________________________________________</w:t>
      </w:r>
    </w:p>
    <w:p>
      <w:r>
        <w:rPr>
          <w:b w:val="0"/>
          <w:sz w:val="20"/>
        </w:rPr>
        <w:t>Address: _________________________________________________________________</w:t>
      </w:r>
    </w:p>
    <w:p>
      <w:r>
        <w:rPr>
          <w:b w:val="0"/>
          <w:sz w:val="20"/>
        </w:rPr>
        <w:t>Party B: ________________________________________________________________</w:t>
      </w:r>
    </w:p>
    <w:p>
      <w:r>
        <w:rPr>
          <w:b w:val="0"/>
          <w:sz w:val="20"/>
        </w:rPr>
        <w:t>Address: _________________________________________________________________</w:t>
      </w:r>
    </w:p>
    <w:p/>
    <w:p>
      <w:r>
        <w:rPr>
          <w:b/>
          <w:sz w:val="20"/>
        </w:rPr>
        <w:t>RECITALS</w:t>
      </w:r>
    </w:p>
    <w:p>
      <w:r>
        <w:rPr>
          <w:b w:val="0"/>
          <w:sz w:val="20"/>
        </w:rPr>
        <w:t>WHEREAS, the Parties were married on _______________________________;</w:t>
      </w:r>
    </w:p>
    <w:p>
      <w:r>
        <w:rPr>
          <w:b w:val="0"/>
          <w:sz w:val="20"/>
        </w:rPr>
        <w:t>WHEREAS, the Parties have mutually agreed to live separate and apart, and to settle their respective rights and obligations;</w:t>
      </w:r>
    </w:p>
    <w:p>
      <w:r>
        <w:rPr>
          <w:b w:val="0"/>
          <w:sz w:val="20"/>
        </w:rPr>
        <w:t>WHEREAS, the Parties desire to enter into this Agreement to settle all matters arising from their separation in accordance with the laws of the State of New York;</w:t>
      </w:r>
    </w:p>
    <w:p/>
    <w:p>
      <w:r>
        <w:rPr>
          <w:b/>
          <w:sz w:val="20"/>
        </w:rPr>
        <w:t>NOW, THEREFORE, in consideration of the mutual covenants and promises contained herein, the Parties agree as follows:</w:t>
      </w:r>
    </w:p>
    <w:p/>
    <w:p>
      <w:r>
        <w:rPr>
          <w:b/>
          <w:sz w:val="20"/>
        </w:rPr>
        <w:t>1. Separation</w:t>
      </w:r>
    </w:p>
    <w:p>
      <w:r>
        <w:rPr>
          <w:b w:val="0"/>
          <w:sz w:val="20"/>
        </w:rPr>
        <w:t>The Parties shall live separate and apart from one another, free from interference, harassment, authority, and control by the other, provided that this Agreement does not prohibit reasonable communication for the purpose of resolving matters addressed herein.</w:t>
      </w:r>
    </w:p>
    <w:p/>
    <w:p>
      <w:r>
        <w:rPr>
          <w:b/>
          <w:sz w:val="20"/>
        </w:rPr>
        <w:t>2. Property Division</w:t>
      </w:r>
    </w:p>
    <w:p>
      <w:r>
        <w:rPr>
          <w:b w:val="0"/>
          <w:sz w:val="20"/>
        </w:rPr>
        <w:t>The Parties agree to the equitable division of all marital property and debts as follows:</w:t>
      </w:r>
    </w:p>
    <w:p>
      <w:r>
        <w:rPr>
          <w:b w:val="0"/>
          <w:sz w:val="20"/>
        </w:rPr>
        <w:t>- Party A shall receive: ________________________________________________</w:t>
      </w:r>
    </w:p>
    <w:p>
      <w:r>
        <w:rPr>
          <w:b w:val="0"/>
          <w:sz w:val="20"/>
        </w:rPr>
        <w:t>- Party B shall receive: ________________________________________________</w:t>
      </w:r>
    </w:p>
    <w:p>
      <w:r>
        <w:rPr>
          <w:b w:val="0"/>
          <w:sz w:val="20"/>
        </w:rPr>
        <w:t>- The Parties agree to cooperate in the execution of documents and to take all necessary steps to effectuate this division.</w:t>
      </w:r>
    </w:p>
    <w:p/>
    <w:p>
      <w:r>
        <w:rPr>
          <w:b/>
          <w:sz w:val="20"/>
        </w:rPr>
        <w:t>3. Spousal Support / Maintenance</w:t>
      </w:r>
    </w:p>
    <w:p>
      <w:r>
        <w:rPr>
          <w:b w:val="0"/>
          <w:sz w:val="20"/>
        </w:rPr>
        <w:t>The Parties agree as follows regarding spousal support:</w:t>
      </w:r>
    </w:p>
    <w:p>
      <w:r>
        <w:rPr>
          <w:b w:val="0"/>
          <w:sz w:val="20"/>
        </w:rPr>
        <w:t>- Party A shall pay to Party B the sum of _________________________ per month.</w:t>
      </w:r>
    </w:p>
    <w:p>
      <w:r>
        <w:rPr>
          <w:b w:val="0"/>
          <w:sz w:val="20"/>
        </w:rPr>
        <w:t>- The duration of this support shall be _______________________________.</w:t>
      </w:r>
    </w:p>
    <w:p>
      <w:r>
        <w:rPr>
          <w:b w:val="0"/>
          <w:sz w:val="20"/>
        </w:rPr>
        <w:t>- This provision is intended to be in accordance with and subject to the laws of the State of New York.</w:t>
      </w:r>
    </w:p>
    <w:p>
      <w:r>
        <w:rPr>
          <w:b w:val="0"/>
          <w:sz w:val="20"/>
        </w:rPr>
        <w:t>- The Parties may modify this arrangement only by written agreement.</w:t>
      </w:r>
    </w:p>
    <w:p/>
    <w:p>
      <w:r>
        <w:rPr>
          <w:b/>
          <w:sz w:val="20"/>
        </w:rPr>
        <w:t>4. Child Custody and Visitation</w:t>
      </w:r>
    </w:p>
    <w:p>
      <w:r>
        <w:rPr>
          <w:b w:val="0"/>
          <w:sz w:val="20"/>
        </w:rPr>
        <w:t>The Parties agree that custody and visitation of their minor children, if any, shall be as follows:</w:t>
      </w:r>
    </w:p>
    <w:p>
      <w:r>
        <w:rPr>
          <w:b w:val="0"/>
          <w:sz w:val="20"/>
        </w:rPr>
        <w:t>- Custody of the child(ren) shall be: _________________________________</w:t>
      </w:r>
    </w:p>
    <w:p>
      <w:r>
        <w:rPr>
          <w:b w:val="0"/>
          <w:sz w:val="20"/>
        </w:rPr>
        <w:t>- Visitation rights shall be: _________________________________________</w:t>
      </w:r>
    </w:p>
    <w:p>
      <w:r>
        <w:rPr>
          <w:b w:val="0"/>
          <w:sz w:val="20"/>
        </w:rPr>
        <w:t>- The Parties shall act in the best interests of the child(ren) and cooperate to facilitate their upbringing and welfare.</w:t>
      </w:r>
    </w:p>
    <w:p/>
    <w:p>
      <w:r>
        <w:rPr>
          <w:b/>
          <w:sz w:val="20"/>
        </w:rPr>
        <w:t>5. Child Support</w:t>
      </w:r>
    </w:p>
    <w:p>
      <w:r>
        <w:rPr>
          <w:b w:val="0"/>
          <w:sz w:val="20"/>
        </w:rPr>
        <w:t>The Parties agree that child support shall be paid as follows:</w:t>
      </w:r>
    </w:p>
    <w:p>
      <w:r>
        <w:rPr>
          <w:b w:val="0"/>
          <w:sz w:val="20"/>
        </w:rPr>
        <w:t>- Party __ shall pay to Party __ the amount of __________________ per month.</w:t>
      </w:r>
    </w:p>
    <w:p>
      <w:r>
        <w:rPr>
          <w:b w:val="0"/>
          <w:sz w:val="20"/>
        </w:rPr>
        <w:t>- Payments shall be made beginning __________________ and continuing until further modification by a court of competent jurisdiction or mutual written agreement.</w:t>
      </w:r>
    </w:p>
    <w:p>
      <w:r>
        <w:rPr>
          <w:b w:val="0"/>
          <w:sz w:val="20"/>
        </w:rPr>
        <w:t>- The Parties shall comply with all applicable laws and guidelines regarding child support.</w:t>
      </w:r>
    </w:p>
    <w:p/>
    <w:p>
      <w:r>
        <w:rPr>
          <w:b/>
          <w:sz w:val="20"/>
        </w:rPr>
        <w:t>6. Health Insurance and Medical Expenses</w:t>
      </w:r>
    </w:p>
    <w:p>
      <w:r>
        <w:rPr>
          <w:b w:val="0"/>
          <w:sz w:val="20"/>
        </w:rPr>
        <w:t>The Parties agree to maintain health insurance coverage for their minor child(ren) and to share unreimbursed medical expenses as follows:</w:t>
      </w:r>
    </w:p>
    <w:p>
      <w:r>
        <w:rPr>
          <w:b w:val="0"/>
          <w:sz w:val="20"/>
        </w:rPr>
        <w:t>- Health insurance shall be maintained by: ___________________________</w:t>
      </w:r>
    </w:p>
    <w:p>
      <w:r>
        <w:rPr>
          <w:b w:val="0"/>
          <w:sz w:val="20"/>
        </w:rPr>
        <w:t>- Unreimbursed medical, dental, and related expenses shall be shared: _______________</w:t>
      </w:r>
    </w:p>
    <w:p/>
    <w:p>
      <w:r>
        <w:rPr>
          <w:b/>
          <w:sz w:val="20"/>
        </w:rPr>
        <w:t>7. Taxes</w:t>
      </w:r>
    </w:p>
    <w:p>
      <w:r>
        <w:rPr>
          <w:b w:val="0"/>
          <w:sz w:val="20"/>
        </w:rPr>
        <w:t>The Parties shall cooperate in the preparation and filing of all federal, state, and local tax returns, and agree as follows:</w:t>
      </w:r>
    </w:p>
    <w:p>
      <w:r>
        <w:rPr>
          <w:b w:val="0"/>
          <w:sz w:val="20"/>
        </w:rPr>
        <w:t>- Each Party shall be entitled to claim the child(ren) as dependents as follows: ____________________________</w:t>
      </w:r>
    </w:p>
    <w:p>
      <w:r>
        <w:rPr>
          <w:b w:val="0"/>
          <w:sz w:val="20"/>
        </w:rPr>
        <w:t>- The Parties agree to indemnify and hold harmless the other for any tax liabilities arising from their own acts or omissions.</w:t>
      </w:r>
    </w:p>
    <w:p/>
    <w:p>
      <w:r>
        <w:rPr>
          <w:b/>
          <w:sz w:val="20"/>
        </w:rPr>
        <w:t>8. Debts and Liabilities</w:t>
      </w:r>
    </w:p>
    <w:p>
      <w:r>
        <w:rPr>
          <w:b w:val="0"/>
          <w:sz w:val="20"/>
        </w:rPr>
        <w:t>Each Party shall be responsible for the debts and liabilities incurred in their own name after the date of separation. The Parties agree as follows concerning existing debts:</w:t>
      </w:r>
    </w:p>
    <w:p>
      <w:r>
        <w:rPr>
          <w:b w:val="0"/>
          <w:sz w:val="20"/>
        </w:rPr>
        <w:t>- Party A shall be responsible for: __________________________________</w:t>
      </w:r>
    </w:p>
    <w:p>
      <w:r>
        <w:rPr>
          <w:b w:val="0"/>
          <w:sz w:val="20"/>
        </w:rPr>
        <w:t>- Party B shall be responsible for: __________________________________</w:t>
      </w:r>
    </w:p>
    <w:p>
      <w:r>
        <w:rPr>
          <w:b w:val="0"/>
          <w:sz w:val="20"/>
        </w:rPr>
        <w:t>- The Parties agree to indemnify and hold harmless the other from debts not assigned to them.</w:t>
      </w:r>
    </w:p>
    <w:p/>
    <w:p>
      <w:r>
        <w:rPr>
          <w:b/>
          <w:sz w:val="20"/>
        </w:rPr>
        <w:t>9. Release and Waiver</w:t>
      </w:r>
    </w:p>
    <w:p>
      <w:r>
        <w:rPr>
          <w:b w:val="0"/>
          <w:sz w:val="20"/>
        </w:rPr>
        <w:t>Except as otherwise provided herein, each Party releases and forever discharges the other from any and all claims, demands, and causes of action, whether known or unknown, arising out of the marriage or separation, including claims for alimony, support, property rights, or any other claim.</w:t>
      </w:r>
    </w:p>
    <w:p/>
    <w:p>
      <w:r>
        <w:rPr>
          <w:b/>
          <w:sz w:val="20"/>
        </w:rPr>
        <w:t>10. Legal Representation and Voluntariness</w:t>
      </w:r>
    </w:p>
    <w:p>
      <w:r>
        <w:rPr>
          <w:b w:val="0"/>
          <w:sz w:val="20"/>
        </w:rPr>
        <w:t>Each Party acknowledges that they have had the opportunity to consult with independent legal counsel of their choice, have read and fully understand this Agreement, and enter into it freely and voluntarily without coercion, duress, or undue influence.</w:t>
      </w:r>
    </w:p>
    <w:p/>
    <w:p>
      <w:r>
        <w:rPr>
          <w:b/>
          <w:sz w:val="20"/>
        </w:rPr>
        <w:t>11. Entire Agreement</w:t>
      </w:r>
    </w:p>
    <w:p>
      <w:r>
        <w:rPr>
          <w:b w:val="0"/>
          <w:sz w:val="20"/>
        </w:rPr>
        <w:t>This Agreement constitutes the entire understanding between the Parties and supersedes all prior negotiations, discussions, or agreements. Any amendments must be in writing and signed by both Parties.</w:t>
      </w:r>
    </w:p>
    <w:p/>
    <w:p>
      <w:r>
        <w:rPr>
          <w:b/>
          <w:sz w:val="20"/>
        </w:rPr>
        <w:t>12. Governing Law</w:t>
      </w:r>
    </w:p>
    <w:p>
      <w:r>
        <w:rPr>
          <w:b w:val="0"/>
          <w:sz w:val="20"/>
        </w:rPr>
        <w:t>This Agreement shall be governed by and construed in accordance with the laws of the State of New York.</w:t>
      </w:r>
    </w:p>
    <w:p/>
    <w:p>
      <w:r>
        <w:rPr>
          <w:b/>
          <w:sz w:val="20"/>
        </w:rPr>
        <w:t>13. Enforcement and Severability</w:t>
      </w:r>
    </w:p>
    <w:p>
      <w:r>
        <w:rPr>
          <w:b w:val="0"/>
          <w:sz w:val="20"/>
        </w:rPr>
        <w:t>In the event any provision of this Agreement is found to be unenforceable, the remaining provisions shall remain in full force and effect. The Parties agree to cooperate to replace any invalid provision with a valid provision that closely reflects their original intent.</w:t>
      </w:r>
    </w:p>
    <w:p/>
    <w:p>
      <w:r>
        <w:rPr>
          <w:b/>
          <w:sz w:val="20"/>
        </w:rPr>
        <w:t>IN WITNESS WHEREOF, the Parties have executed this Separation Agreement as a sealed instrument.</w:t>
      </w:r>
    </w:p>
    <w:p/>
    <w:p/>
    <w:p>
      <w:r>
        <w:rPr>
          <w:b w:val="0"/>
          <w:sz w:val="20"/>
        </w:rPr>
        <w:t>Place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w:t>
            </w:r>
          </w:p>
        </w:tc>
        <w:tc>
          <w:tcPr>
            <w:tcW w:type="dxa" w:w="4986"/>
            <w:tcBorders>
              <w:top w:val="nil"/>
              <w:left w:val="nil"/>
              <w:bottom w:val="nil"/>
              <w:right w:val="nil"/>
              <w:insideH w:val="nil"/>
              <w:insideV w:val="nil"/>
            </w:tcBorders>
          </w:tcPr>
          <w:p>
            <w:pPr>
              <w:jc w:val="center"/>
            </w:pPr>
            <w:r>
              <w:t>Print Name: __________________________</w:t>
            </w:r>
          </w:p>
        </w:tc>
      </w:tr>
    </w:tbl>
    <w:p/>
    <w:p/>
    <w:p>
      <w:pPr>
        <w:jc w:val="center"/>
      </w:pPr>
      <w:r>
        <w:rPr>
          <w:b/>
          <w:sz w:val="20"/>
        </w:rPr>
        <w:t>NOTARY ACKNOWLEDGMENT</w:t>
      </w:r>
    </w:p>
    <w:p/>
    <w:p>
      <w:pPr>
        <w:jc w:val="center"/>
      </w:pPr>
      <w:r>
        <w:rPr>
          <w:b w:val="0"/>
          <w:sz w:val="20"/>
        </w:rPr>
        <w:t>State of New York</w:t>
      </w:r>
    </w:p>
    <w:p>
      <w:pPr>
        <w:jc w:val="center"/>
      </w:pPr>
      <w:r>
        <w:rPr>
          <w:b w:val="0"/>
          <w:sz w:val="20"/>
        </w:rPr>
        <w:t>County of _______________________</w:t>
      </w:r>
    </w:p>
    <w:p/>
    <w:p>
      <w:r>
        <w:rPr>
          <w:b w:val="0"/>
          <w:sz w:val="20"/>
        </w:rPr>
        <w:t>On the ______ day of ________________, before me, the undersigned, a Notary Public in and for said State, personally appeared _______________________________, personally known to me or proved to me on the basis of satisfactory evidence to be the individual whose name is subscribed to the within instrument and acknowledged to me that he/she executed the same in his/her capacity, and that by his/her signature on the instrument, the individual, or the person upon behalf of which the individual acted, executed the instrument.</w:t>
      </w:r>
    </w:p>
    <w:p/>
    <w:p>
      <w:r>
        <w:rPr>
          <w:b w:val="0"/>
          <w:sz w:val="20"/>
        </w:rPr>
        <w:t>Notary Public Signature: ______________________________________</w:t>
      </w:r>
    </w:p>
    <w:p>
      <w:r>
        <w:rPr>
          <w:b w:val="0"/>
          <w:sz w:val="20"/>
        </w:rPr>
        <w:t>Notary Printed Name: ______________________________________</w:t>
      </w:r>
    </w:p>
    <w:p>
      <w:r>
        <w:rPr>
          <w:b w:val="0"/>
          <w:sz w:val="20"/>
        </w:rPr>
        <w:t>My Commission Expires: 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https://docs-life.com/separation-agreement-template-new-york/</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separation-agreement-template-new-york/"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