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SEPARATION AGREEMENT</w:t>
      </w:r>
    </w:p>
    <w:p/>
    <w:p/>
    <w:p>
      <w:r>
        <w:rPr>
          <w:b w:val="0"/>
          <w:sz w:val="20"/>
        </w:rPr>
        <w:t>This Separation Agreement (the “Agreement”) is entered into by and between the parties listed below to establish their respective rights and obligations upon separation.</w:t>
      </w:r>
    </w:p>
    <w:p/>
    <w:p>
      <w:r>
        <w:rPr>
          <w:b/>
          <w:sz w:val="20"/>
        </w:rPr>
        <w:t>PARTIES:</w:t>
      </w:r>
    </w:p>
    <w:p>
      <w:r>
        <w:rPr>
          <w:b w:val="0"/>
          <w:sz w:val="20"/>
        </w:rPr>
        <w:t>Name of Party 1: __________________________________________________________</w:t>
      </w:r>
    </w:p>
    <w:p>
      <w:r>
        <w:rPr>
          <w:b w:val="0"/>
          <w:sz w:val="20"/>
        </w:rPr>
        <w:t>Address: _________________________________________________________________</w:t>
      </w:r>
    </w:p>
    <w:p>
      <w:r>
        <w:rPr>
          <w:b w:val="0"/>
          <w:sz w:val="20"/>
        </w:rPr>
        <w:t>Phone: ___________________________________________________________________</w:t>
      </w:r>
    </w:p>
    <w:p/>
    <w:p>
      <w:r>
        <w:rPr>
          <w:b w:val="0"/>
          <w:sz w:val="20"/>
        </w:rPr>
        <w:t>Name of Party 2: __________________________________________________________</w:t>
      </w:r>
    </w:p>
    <w:p>
      <w:r>
        <w:rPr>
          <w:b w:val="0"/>
          <w:sz w:val="20"/>
        </w:rPr>
        <w:t>Address: _________________________________________________________________</w:t>
      </w:r>
    </w:p>
    <w:p>
      <w:r>
        <w:rPr>
          <w:b w:val="0"/>
          <w:sz w:val="20"/>
        </w:rPr>
        <w:t>Phone: ___________________________________________________________________</w:t>
      </w:r>
    </w:p>
    <w:p/>
    <w:p/>
    <w:p>
      <w:r>
        <w:rPr>
          <w:b/>
          <w:sz w:val="20"/>
        </w:rPr>
        <w:t>RECITALS</w:t>
      </w:r>
    </w:p>
    <w:p>
      <w:r>
        <w:rPr>
          <w:b w:val="0"/>
          <w:sz w:val="20"/>
        </w:rPr>
        <w:t>WHEREAS, the parties were legally married or in a legally recognized partnership and have decided to separate;</w:t>
      </w:r>
    </w:p>
    <w:p>
      <w:r>
        <w:rPr>
          <w:b w:val="0"/>
          <w:sz w:val="20"/>
        </w:rPr>
        <w:t>WHEREAS, the parties desire to resolve their respective rights and obligations arising out of their separation amicably and without litigation;</w:t>
      </w:r>
    </w:p>
    <w:p>
      <w:r>
        <w:rPr>
          <w:b w:val="0"/>
          <w:sz w:val="20"/>
        </w:rPr>
        <w:t>NOW, THEREFORE, in consideration of the mutual covenants and promises contained herein, the parties agree as follows:</w:t>
      </w:r>
    </w:p>
    <w:p/>
    <w:p/>
    <w:p>
      <w:r>
        <w:rPr>
          <w:b/>
          <w:sz w:val="20"/>
        </w:rPr>
        <w:t>1. Separation</w:t>
      </w:r>
    </w:p>
    <w:p>
      <w:r>
        <w:rPr>
          <w:b w:val="0"/>
          <w:sz w:val="20"/>
        </w:rPr>
        <w:t>The parties agree that they are separated as of the date of the execution of this Agreement and shall live separate and apart, each free from interference, harassment, authority, or control by the other, directly or indirectly.</w:t>
      </w:r>
    </w:p>
    <w:p/>
    <w:p>
      <w:r>
        <w:rPr>
          <w:b/>
          <w:sz w:val="20"/>
        </w:rPr>
        <w:t>2. Property Division</w:t>
      </w:r>
    </w:p>
    <w:p>
      <w:r>
        <w:rPr>
          <w:b w:val="0"/>
          <w:sz w:val="20"/>
        </w:rPr>
        <w:t>2.1 Marital Property: The parties agree to the division of all marital property, real or personal, tangible or intangible, as follows:</w:t>
      </w:r>
    </w:p>
    <w:p>
      <w:r>
        <w:rPr>
          <w:b w:val="0"/>
          <w:sz w:val="20"/>
        </w:rPr>
        <w:t>Party 1 receives: ____________________________________________________________</w:t>
      </w:r>
    </w:p>
    <w:p>
      <w:r>
        <w:rPr>
          <w:b w:val="0"/>
          <w:sz w:val="20"/>
        </w:rPr>
        <w:t>Party 2 receives: ____________________________________________________________</w:t>
      </w:r>
    </w:p>
    <w:p/>
    <w:p>
      <w:r>
        <w:rPr>
          <w:b w:val="0"/>
          <w:sz w:val="20"/>
        </w:rPr>
        <w:t>2.2 Separate Property: Each party shall retain full ownership and control of his or her separate property, free from any claim by the other party.</w:t>
      </w:r>
    </w:p>
    <w:p/>
    <w:p>
      <w:r>
        <w:rPr>
          <w:b/>
          <w:sz w:val="20"/>
        </w:rPr>
        <w:t>3. Debts and Liabilities</w:t>
      </w:r>
    </w:p>
    <w:p>
      <w:r>
        <w:rPr>
          <w:b w:val="0"/>
          <w:sz w:val="20"/>
        </w:rPr>
        <w:t>The parties agree to be individually responsible for debts incurred in their own names unless otherwise specified herein. Joint debts shall be paid as follows:</w:t>
      </w:r>
    </w:p>
    <w:p>
      <w:r>
        <w:rPr>
          <w:b w:val="0"/>
          <w:sz w:val="20"/>
        </w:rPr>
        <w:t>Party 1 is responsible for: ________________________________________________</w:t>
      </w:r>
    </w:p>
    <w:p>
      <w:r>
        <w:rPr>
          <w:b w:val="0"/>
          <w:sz w:val="20"/>
        </w:rPr>
        <w:t>Party 2 is responsible for: ________________________________________________</w:t>
      </w:r>
    </w:p>
    <w:p/>
    <w:p>
      <w:r>
        <w:rPr>
          <w:b/>
          <w:sz w:val="20"/>
        </w:rPr>
        <w:t>4. Spousal Support / Alimony</w:t>
      </w:r>
    </w:p>
    <w:p>
      <w:r>
        <w:rPr>
          <w:b w:val="0"/>
          <w:sz w:val="20"/>
        </w:rPr>
        <w:t>4.1 Waiver: The parties mutually waive any claim for spousal support or alimony unless otherwise agreed:</w:t>
      </w:r>
    </w:p>
    <w:p>
      <w:r>
        <w:rPr>
          <w:b w:val="0"/>
          <w:sz w:val="20"/>
        </w:rPr>
        <w:t>☐ Yes, waive support</w:t>
      </w:r>
    </w:p>
    <w:p>
      <w:r>
        <w:rPr>
          <w:b w:val="0"/>
          <w:sz w:val="20"/>
        </w:rPr>
        <w:t>☐ No, support shall be paid per the following terms:</w:t>
      </w:r>
    </w:p>
    <w:p>
      <w:r>
        <w:rPr>
          <w:b w:val="0"/>
          <w:sz w:val="20"/>
        </w:rPr>
        <w:t>Amount: ____________________ USD per ____________________</w:t>
      </w:r>
    </w:p>
    <w:p>
      <w:r>
        <w:rPr>
          <w:b w:val="0"/>
          <w:sz w:val="20"/>
        </w:rPr>
        <w:t>Duration: ________________________________________________________________</w:t>
      </w:r>
    </w:p>
    <w:p/>
    <w:p>
      <w:r>
        <w:rPr>
          <w:b/>
          <w:sz w:val="20"/>
        </w:rPr>
        <w:t>5. Child Custody and Support</w:t>
      </w:r>
    </w:p>
    <w:p>
      <w:r>
        <w:rPr>
          <w:b w:val="0"/>
          <w:sz w:val="20"/>
        </w:rPr>
        <w:t>5.1 Custody: The parties acknowledge the following custody arrangement for their minor children:</w:t>
      </w:r>
    </w:p>
    <w:p>
      <w:r>
        <w:rPr>
          <w:b w:val="0"/>
          <w:sz w:val="20"/>
        </w:rPr>
        <w:t>Custodial Parent: __________________________________________________________</w:t>
      </w:r>
    </w:p>
    <w:p>
      <w:r>
        <w:rPr>
          <w:b w:val="0"/>
          <w:sz w:val="20"/>
        </w:rPr>
        <w:t>Visitation Rights: _________________________________________________________</w:t>
      </w:r>
    </w:p>
    <w:p>
      <w:r>
        <w:rPr>
          <w:b w:val="0"/>
          <w:sz w:val="20"/>
        </w:rPr>
        <w:t>5.2 Child Support: The parties agree to the following child support terms:</w:t>
      </w:r>
    </w:p>
    <w:p>
      <w:r>
        <w:rPr>
          <w:b w:val="0"/>
          <w:sz w:val="20"/>
        </w:rPr>
        <w:t>Amount: ____________________ USD per ____________________</w:t>
      </w:r>
    </w:p>
    <w:p>
      <w:r>
        <w:rPr>
          <w:b w:val="0"/>
          <w:sz w:val="20"/>
        </w:rPr>
        <w:t>Payment Method and Schedule: _______________________________________________</w:t>
      </w:r>
    </w:p>
    <w:p>
      <w:r>
        <w:rPr>
          <w:b w:val="0"/>
          <w:sz w:val="20"/>
        </w:rPr>
        <w:t>Additional expenses (medical, education, activities): __________________________</w:t>
      </w:r>
    </w:p>
    <w:p/>
    <w:p>
      <w:r>
        <w:rPr>
          <w:b/>
          <w:sz w:val="20"/>
        </w:rPr>
        <w:t>6. Health Insurance and Medical Expenses</w:t>
      </w:r>
    </w:p>
    <w:p>
      <w:r>
        <w:rPr>
          <w:b w:val="0"/>
          <w:sz w:val="20"/>
        </w:rPr>
        <w:t>The parties agree that health insurance coverage for the children shall be provided as follows:</w:t>
      </w:r>
    </w:p>
    <w:p>
      <w:r>
        <w:rPr>
          <w:b w:val="0"/>
          <w:sz w:val="20"/>
        </w:rPr>
        <w:t>Covered by: _______________________________________________________________</w:t>
      </w:r>
    </w:p>
    <w:p>
      <w:r>
        <w:rPr>
          <w:b w:val="0"/>
          <w:sz w:val="20"/>
        </w:rPr>
        <w:t>Uncovered medical expenses shall be divided as follows:</w:t>
      </w:r>
    </w:p>
    <w:p>
      <w:r>
        <w:rPr>
          <w:b w:val="0"/>
          <w:sz w:val="20"/>
        </w:rPr>
        <w:t>Party 1: _________________________________________________________________</w:t>
      </w:r>
    </w:p>
    <w:p>
      <w:r>
        <w:rPr>
          <w:b w:val="0"/>
          <w:sz w:val="20"/>
        </w:rPr>
        <w:t>Party 2: _________________________________________________________________</w:t>
      </w:r>
    </w:p>
    <w:p/>
    <w:p>
      <w:r>
        <w:rPr>
          <w:b/>
          <w:sz w:val="20"/>
        </w:rPr>
        <w:t>7. Taxes</w:t>
      </w:r>
    </w:p>
    <w:p>
      <w:r>
        <w:rPr>
          <w:b w:val="0"/>
          <w:sz w:val="20"/>
        </w:rPr>
        <w:t>The parties shall each be responsible for their individual tax obligations unless otherwise stated herein. The parties shall cooperate in the filing of any joint or separate tax returns and the allocation of tax deductions and credits as follows:</w:t>
      </w:r>
    </w:p>
    <w:p>
      <w:r>
        <w:rPr>
          <w:b w:val="0"/>
          <w:sz w:val="20"/>
        </w:rPr>
        <w:t>___________________________________________________________________________</w:t>
      </w:r>
    </w:p>
    <w:p/>
    <w:p>
      <w:r>
        <w:rPr>
          <w:b/>
          <w:sz w:val="20"/>
        </w:rPr>
        <w:t>8. Release and Waiver of Claims</w:t>
      </w:r>
    </w:p>
    <w:p>
      <w:r>
        <w:rPr>
          <w:b w:val="0"/>
          <w:sz w:val="20"/>
        </w:rPr>
        <w:t>Except as provided in this Agreement, each party releases and forever discharges the other from any and all claims, demands, or causes of action arising out of the marriage or separation, including but not limited to property, debts, support, or custody.</w:t>
      </w:r>
    </w:p>
    <w:p/>
    <w:p>
      <w:r>
        <w:rPr>
          <w:b/>
          <w:sz w:val="20"/>
        </w:rPr>
        <w:t>9. Confidentiality</w:t>
      </w:r>
    </w:p>
    <w:p>
      <w:r>
        <w:rPr>
          <w:b w:val="0"/>
          <w:sz w:val="20"/>
        </w:rPr>
        <w:t>The parties agree to keep the terms and conditions of this Agreement confidential and not to disclose any information to third parties except as required by law or to enforce the terms herein.</w:t>
      </w:r>
    </w:p>
    <w:p/>
    <w:p>
      <w:r>
        <w:rPr>
          <w:b/>
          <w:sz w:val="20"/>
        </w:rPr>
        <w:t>10. Governing Law</w:t>
      </w:r>
    </w:p>
    <w:p>
      <w:r>
        <w:rPr>
          <w:b w:val="0"/>
          <w:sz w:val="20"/>
        </w:rPr>
        <w:t>This Agreement shall be governed by and construed in accordance with the laws of the State of ____________________, United States of America.</w:t>
      </w:r>
    </w:p>
    <w:p/>
    <w:p>
      <w:r>
        <w:rPr>
          <w:b/>
          <w:sz w:val="20"/>
        </w:rPr>
        <w:t>11. Entire Agreement</w:t>
      </w:r>
    </w:p>
    <w:p>
      <w:r>
        <w:rPr>
          <w:b w:val="0"/>
          <w:sz w:val="20"/>
        </w:rPr>
        <w:t>This Agreement contains the entire understanding of the parties and supersedes any prior agreements or understandings, oral or written, concerning the subject matter hereof.</w:t>
      </w:r>
    </w:p>
    <w:p/>
    <w:p>
      <w:r>
        <w:rPr>
          <w:b/>
          <w:sz w:val="20"/>
        </w:rPr>
        <w:t>12. Amendment</w:t>
      </w:r>
    </w:p>
    <w:p>
      <w:r>
        <w:rPr>
          <w:b w:val="0"/>
          <w:sz w:val="20"/>
        </w:rPr>
        <w:t>Any amendment or modification to this Agreement must be in writing and signed by both parties.</w:t>
      </w:r>
    </w:p>
    <w:p/>
    <w:p>
      <w:r>
        <w:rPr>
          <w:b/>
          <w:sz w:val="20"/>
        </w:rPr>
        <w:t>13. Severability</w:t>
      </w:r>
    </w:p>
    <w:p>
      <w:r>
        <w:rPr>
          <w:b w:val="0"/>
          <w:sz w:val="20"/>
        </w:rPr>
        <w:t>If any provision of this Agreement is held invalid, illegal, or unenforceable, the remaining provisions shall remain in full force and effect.</w:t>
      </w:r>
    </w:p>
    <w:p/>
    <w:p>
      <w:r>
        <w:rPr>
          <w:b/>
          <w:sz w:val="20"/>
        </w:rPr>
        <w:t>14. Execution in Counterparts</w:t>
      </w:r>
    </w:p>
    <w:p>
      <w:r>
        <w:rPr>
          <w:b w:val="0"/>
          <w:sz w:val="20"/>
        </w:rPr>
        <w:t>This Agreement may be executed in counterparts, each of which shall be deemed an original, but all of which together shall constitute one and the same instrument.</w:t>
      </w:r>
    </w:p>
    <w:p/>
    <w:p/>
    <w:p>
      <w:r>
        <w:rPr>
          <w:b w:val="0"/>
          <w:sz w:val="20"/>
        </w:rPr>
        <w:t>Place of signature: ______________________________________________</w:t>
      </w:r>
    </w:p>
    <w:p>
      <w:r>
        <w:rPr>
          <w:b w:val="0"/>
          <w:sz w:val="20"/>
        </w:rPr>
        <w:t>Date of signature: 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PARTY 1</w:t>
            </w:r>
          </w:p>
        </w:tc>
        <w:tc>
          <w:tcPr>
            <w:tcW w:type="dxa" w:w="4986"/>
            <w:tcBorders>
              <w:top w:val="nil"/>
              <w:left w:val="nil"/>
              <w:bottom w:val="nil"/>
              <w:right w:val="nil"/>
              <w:insideH w:val="nil"/>
              <w:insideV w:val="nil"/>
            </w:tcBorders>
          </w:tcPr>
          <w:p>
            <w:pPr>
              <w:jc w:val="center"/>
            </w:pPr>
            <w:r>
              <w:t>PARTY 2</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https://docs-life.com/separation-agreement-template/</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https://docs-life.com</w:t>
        </w:r>
      </w:hyperlink>
    </w:p>
    <w:p>
      <w:pPr>
        <w:jc w:val="center"/>
      </w:pPr>
      <w:r>
        <w:rPr>
          <w:color w:val="808080"/>
          <w:sz w:val="20"/>
        </w:rPr>
        <w:t>This template is intended exclusively for personal, non-commercial use.</w:t>
        <w:br/>
        <w:t>If distributed or published, the source must be mentioned. © docs-life.com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life.com/separation-agreement-template/" TargetMode="External"/><Relationship Id="rId10" Type="http://schemas.openxmlformats.org/officeDocument/2006/relationships/hyperlink" Target="https://docs-lif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