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SEPARATION AGREEMENT</w:t>
      </w:r>
    </w:p>
    <w:p/>
    <w:p>
      <w:r>
        <w:rPr>
          <w:b/>
          <w:sz w:val="20"/>
        </w:rPr>
        <w:t>This Separation Agreement (the “Agreement”) is entered into by and between:</w:t>
      </w:r>
    </w:p>
    <w:p>
      <w:r>
        <w:rPr>
          <w:b/>
          <w:sz w:val="20"/>
        </w:rPr>
        <w:t>Party A:</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pPr>
        <w:jc w:val="center"/>
      </w:pPr>
      <w:r>
        <w:rPr>
          <w:b w:val="0"/>
          <w:sz w:val="20"/>
        </w:rPr>
        <w:t>and</w:t>
      </w:r>
    </w:p>
    <w:p/>
    <w:p>
      <w:r>
        <w:rPr>
          <w:b/>
          <w:sz w:val="20"/>
        </w:rPr>
        <w:t>Party B:</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p>
      <w:pPr>
        <w:jc w:val="center"/>
      </w:pPr>
      <w:r>
        <w:rPr>
          <w:b/>
          <w:sz w:val="20"/>
        </w:rPr>
        <w:t>RECITALS</w:t>
      </w:r>
    </w:p>
    <w:p/>
    <w:p>
      <w:r>
        <w:rPr>
          <w:b w:val="0"/>
          <w:sz w:val="20"/>
        </w:rPr>
        <w:t>WHEREAS, the Parties were formerly married and have mutually decided to live separate and apart;</w:t>
      </w:r>
    </w:p>
    <w:p>
      <w:r>
        <w:rPr>
          <w:b w:val="0"/>
          <w:sz w:val="20"/>
        </w:rPr>
        <w:t>WHEREAS, the Parties desire to settle all matters related to their separation, including property division, debts, support, and any other rights and obligations between them;</w:t>
      </w:r>
    </w:p>
    <w:p>
      <w:r>
        <w:rPr>
          <w:b w:val="0"/>
          <w:sz w:val="20"/>
        </w:rPr>
        <w:t>NOW, THEREFORE, in consideration of the mutual covenants and promises herein contained, the Parties agree as follows:</w:t>
      </w:r>
    </w:p>
    <w:p/>
    <w:p/>
    <w:p>
      <w:r>
        <w:rPr>
          <w:b/>
          <w:sz w:val="20"/>
        </w:rPr>
        <w:t>1. Separation</w:t>
      </w:r>
    </w:p>
    <w:p>
      <w:r>
        <w:rPr>
          <w:b w:val="0"/>
          <w:sz w:val="20"/>
        </w:rPr>
        <w:t>The Parties acknowledge that they are living separate and apart and intend to continue to live separate and apart. Neither Party shall interfere with the personal liberty of the other.</w:t>
      </w:r>
    </w:p>
    <w:p/>
    <w:p>
      <w:r>
        <w:rPr>
          <w:b/>
          <w:sz w:val="20"/>
        </w:rPr>
        <w:t>2. Division of Property</w:t>
      </w:r>
    </w:p>
    <w:p>
      <w:r>
        <w:rPr>
          <w:b w:val="0"/>
          <w:sz w:val="20"/>
        </w:rPr>
        <w:t>The Parties agree to divide their property as follows:</w:t>
      </w:r>
    </w:p>
    <w:p>
      <w:r>
        <w:rPr>
          <w:b w:val="0"/>
          <w:sz w:val="20"/>
        </w:rPr>
        <w:t>a) Real Property:</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b) Personal Property:</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c) Vehicles:</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d) Bank Accounts, Investments, and Other Assets:</w:t>
      </w:r>
    </w:p>
    <w:p>
      <w:r>
        <w:rPr>
          <w:b w:val="0"/>
          <w:sz w:val="20"/>
        </w:rPr>
        <w:t>______________________________________________________________________________</w:t>
      </w:r>
    </w:p>
    <w:p>
      <w:r>
        <w:rPr>
          <w:b w:val="0"/>
          <w:sz w:val="20"/>
        </w:rPr>
        <w:t>______________________________________________________________________________</w:t>
      </w:r>
    </w:p>
    <w:p/>
    <w:p>
      <w:r>
        <w:rPr>
          <w:b/>
          <w:sz w:val="20"/>
        </w:rPr>
        <w:t>3. Debts and Liabilities</w:t>
      </w:r>
    </w:p>
    <w:p>
      <w:r>
        <w:rPr>
          <w:b w:val="0"/>
          <w:sz w:val="20"/>
        </w:rPr>
        <w:t>The Parties agree that all debts incurred before or during the marriage shall be paid as follows:</w:t>
      </w:r>
    </w:p>
    <w:p>
      <w:r>
        <w:rPr>
          <w:b w:val="0"/>
          <w:sz w:val="20"/>
        </w:rPr>
        <w:t>a) Party A is responsible for:</w:t>
      </w:r>
    </w:p>
    <w:p>
      <w:r>
        <w:rPr>
          <w:b w:val="0"/>
          <w:sz w:val="20"/>
        </w:rPr>
        <w:t>______________________________________________________________________________</w:t>
      </w:r>
    </w:p>
    <w:p>
      <w:r>
        <w:rPr>
          <w:b w:val="0"/>
          <w:sz w:val="20"/>
        </w:rPr>
        <w:t>b) Party B is responsible for:</w:t>
      </w:r>
    </w:p>
    <w:p>
      <w:r>
        <w:rPr>
          <w:b w:val="0"/>
          <w:sz w:val="20"/>
        </w:rPr>
        <w:t>______________________________________________________________________________</w:t>
      </w:r>
    </w:p>
    <w:p>
      <w:r>
        <w:rPr>
          <w:b w:val="0"/>
          <w:sz w:val="20"/>
        </w:rPr>
        <w:t>Both Parties agree to hold each other harmless from any debts not assumed herein.</w:t>
      </w:r>
    </w:p>
    <w:p/>
    <w:p>
      <w:r>
        <w:rPr>
          <w:b/>
          <w:sz w:val="20"/>
        </w:rPr>
        <w:t>4. Spousal Support / Maintenance</w:t>
      </w:r>
    </w:p>
    <w:p>
      <w:r>
        <w:rPr>
          <w:b w:val="0"/>
          <w:sz w:val="20"/>
        </w:rPr>
        <w:t>The Parties agree as follows regarding spousal support:</w:t>
      </w:r>
    </w:p>
    <w:p>
      <w:r>
        <w:rPr>
          <w:b w:val="0"/>
          <w:sz w:val="20"/>
        </w:rPr>
        <w:t>☐ No spousal support shall be paid by either Party.</w:t>
      </w:r>
    </w:p>
    <w:p>
      <w:r>
        <w:rPr>
          <w:b w:val="0"/>
          <w:sz w:val="20"/>
        </w:rPr>
        <w:t>☐ Party A shall pay spousal support to Party B in the amount of $____________ per _____________ for ____________ months/years.</w:t>
      </w:r>
    </w:p>
    <w:p>
      <w:r>
        <w:rPr>
          <w:b w:val="0"/>
          <w:sz w:val="20"/>
        </w:rPr>
        <w:t>☐ Party B shall pay spousal support to Party A in the amount of $____________ per _____________ for ____________ months/years.</w:t>
      </w:r>
    </w:p>
    <w:p>
      <w:r>
        <w:rPr>
          <w:b w:val="0"/>
          <w:sz w:val="20"/>
        </w:rPr>
        <w:t>Spousal support payments shall be made by _______________ (method) and shall commence on _______________.</w:t>
      </w:r>
    </w:p>
    <w:p/>
    <w:p>
      <w:r>
        <w:rPr>
          <w:b/>
          <w:sz w:val="20"/>
        </w:rPr>
        <w:t>5. Health Insurance</w:t>
      </w:r>
    </w:p>
    <w:p>
      <w:r>
        <w:rPr>
          <w:b w:val="0"/>
          <w:sz w:val="20"/>
        </w:rPr>
        <w:t>The Parties agree that:</w:t>
      </w:r>
    </w:p>
    <w:p>
      <w:r>
        <w:rPr>
          <w:b w:val="0"/>
          <w:sz w:val="20"/>
        </w:rPr>
        <w:t>☐ Each Party shall be responsible for their own health insurance coverage.</w:t>
      </w:r>
    </w:p>
    <w:p>
      <w:r>
        <w:rPr>
          <w:b w:val="0"/>
          <w:sz w:val="20"/>
        </w:rPr>
        <w:t>☐ Party A shall maintain health insurance coverage for Party B until _______________.</w:t>
      </w:r>
    </w:p>
    <w:p>
      <w:r>
        <w:rPr>
          <w:b w:val="0"/>
          <w:sz w:val="20"/>
        </w:rPr>
        <w:t>☐ Party B shall maintain health insurance coverage for Party A until _______________.</w:t>
      </w:r>
    </w:p>
    <w:p/>
    <w:p>
      <w:r>
        <w:rPr>
          <w:b/>
          <w:sz w:val="20"/>
        </w:rPr>
        <w:t>6. Taxes</w:t>
      </w:r>
    </w:p>
    <w:p>
      <w:r>
        <w:rPr>
          <w:b w:val="0"/>
          <w:sz w:val="20"/>
        </w:rPr>
        <w:t>The Parties agree to cooperate fully in filing all tax returns and agree that:</w:t>
      </w:r>
    </w:p>
    <w:p>
      <w:r>
        <w:rPr>
          <w:b w:val="0"/>
          <w:sz w:val="20"/>
        </w:rPr>
        <w:t>a) Tax years prior to separation shall be filed jointly.</w:t>
      </w:r>
    </w:p>
    <w:p>
      <w:r>
        <w:rPr>
          <w:b w:val="0"/>
          <w:sz w:val="20"/>
        </w:rPr>
        <w:t>b) Tax years following separation shall be filed as:</w:t>
      </w:r>
    </w:p>
    <w:p>
      <w:r>
        <w:rPr>
          <w:b w:val="0"/>
          <w:sz w:val="20"/>
        </w:rPr>
        <w:t>☐ Single</w:t>
      </w:r>
    </w:p>
    <w:p>
      <w:r>
        <w:rPr>
          <w:b w:val="0"/>
          <w:sz w:val="20"/>
        </w:rPr>
        <w:t>☐ Married Filing Separately</w:t>
      </w:r>
    </w:p>
    <w:p>
      <w:r>
        <w:rPr>
          <w:b w:val="0"/>
          <w:sz w:val="20"/>
        </w:rPr>
        <w:t>c) Any tax refunds or liabilities shall be allocated as follows:</w:t>
      </w:r>
    </w:p>
    <w:p>
      <w:r>
        <w:rPr>
          <w:b w:val="0"/>
          <w:sz w:val="20"/>
        </w:rPr>
        <w:t>______________________________________________________________________________</w:t>
      </w:r>
    </w:p>
    <w:p/>
    <w:p>
      <w:r>
        <w:rPr>
          <w:b/>
          <w:sz w:val="20"/>
        </w:rPr>
        <w:t>7. Mutual Release and Waiver</w:t>
      </w:r>
    </w:p>
    <w:p>
      <w:r>
        <w:rPr>
          <w:b w:val="0"/>
          <w:sz w:val="20"/>
        </w:rPr>
        <w:t>Except as otherwise provided in this Agreement, each Party hereby releases, acquits, and forever discharges the other Party from any and all claims, demands, liabilities, and obligations arising from the marriage or separation.</w:t>
      </w:r>
    </w:p>
    <w:p/>
    <w:p>
      <w:r>
        <w:rPr>
          <w:b/>
          <w:sz w:val="20"/>
        </w:rPr>
        <w:t>8. Entire Agreement</w:t>
      </w:r>
    </w:p>
    <w:p>
      <w:r>
        <w:rPr>
          <w:b w:val="0"/>
          <w:sz w:val="20"/>
        </w:rPr>
        <w:t>This Agreement contains the entire understanding between the Parties and supersedes any prior agreements or understandings, written or oral.</w:t>
      </w:r>
    </w:p>
    <w:p/>
    <w:p>
      <w:r>
        <w:rPr>
          <w:b/>
          <w:sz w:val="20"/>
        </w:rPr>
        <w:t>9. Governing Law</w:t>
      </w:r>
    </w:p>
    <w:p>
      <w:r>
        <w:rPr>
          <w:b w:val="0"/>
          <w:sz w:val="20"/>
        </w:rPr>
        <w:t>This Agreement shall be governed by and construed in accordance with the laws of the State of Texas.</w:t>
      </w:r>
    </w:p>
    <w:p/>
    <w:p>
      <w:r>
        <w:rPr>
          <w:b/>
          <w:sz w:val="20"/>
        </w:rPr>
        <w:t>10. Modification</w:t>
      </w:r>
    </w:p>
    <w:p>
      <w:r>
        <w:rPr>
          <w:b w:val="0"/>
          <w:sz w:val="20"/>
        </w:rPr>
        <w:t>This Agreement may not be amended, modified, or changed except by a written instrument signed by both Parties.</w:t>
      </w:r>
    </w:p>
    <w:p/>
    <w:p>
      <w:r>
        <w:rPr>
          <w:b/>
          <w:sz w:val="20"/>
        </w:rPr>
        <w:t>11. Voluntary Agreement</w:t>
      </w:r>
    </w:p>
    <w:p>
      <w:r>
        <w:rPr>
          <w:b w:val="0"/>
          <w:sz w:val="20"/>
        </w:rPr>
        <w:t>Each Party acknowledges that they have read and understand the terms of this Agreement, have had the opportunity to seek independent legal counsel, and enter into this Agreement voluntarily and without duress or undue influence.</w:t>
      </w:r>
    </w:p>
    <w:p/>
    <w:p/>
    <w:p>
      <w:pPr>
        <w:jc w:val="center"/>
      </w:pPr>
      <w:r>
        <w:rPr>
          <w:b/>
          <w:sz w:val="20"/>
        </w:rPr>
        <w:t>IN WITNESS WHEREOF, the Parties have executed this Separation Agreement as of the date set forth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A</w:t>
            </w:r>
          </w:p>
        </w:tc>
        <w:tc>
          <w:tcPr>
            <w:tcW w:type="dxa" w:w="4986"/>
            <w:tcBorders>
              <w:top w:val="nil"/>
              <w:left w:val="nil"/>
              <w:bottom w:val="nil"/>
              <w:right w:val="nil"/>
              <w:insideH w:val="nil"/>
              <w:insideV w:val="nil"/>
            </w:tcBorders>
          </w:tcPr>
          <w:p>
            <w:pPr>
              <w:jc w:val="center"/>
            </w:pPr>
            <w:r>
              <w:t>PARTY B</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 Name: _________________________</w:t>
            </w:r>
          </w:p>
        </w:tc>
        <w:tc>
          <w:tcPr>
            <w:tcW w:type="dxa" w:w="4986"/>
            <w:tcBorders>
              <w:top w:val="nil"/>
              <w:left w:val="nil"/>
              <w:bottom w:val="nil"/>
              <w:right w:val="nil"/>
              <w:insideH w:val="nil"/>
              <w:insideV w:val="nil"/>
            </w:tcBorders>
          </w:tcPr>
          <w:p>
            <w:pPr>
              <w:jc w:val="center"/>
            </w:pPr>
            <w:r>
              <w:t>Print Name: _________________________</w:t>
            </w:r>
          </w:p>
        </w:tc>
      </w:tr>
    </w:tbl>
    <w:p/>
    <w:p/>
    <w:p>
      <w:pPr>
        <w:jc w:val="center"/>
      </w:pPr>
      <w:r>
        <w:rPr>
          <w:b/>
          <w:sz w:val="20"/>
        </w:rPr>
        <w:t>NOTARY ACKNOWLEDGMENT</w:t>
      </w:r>
    </w:p>
    <w:p/>
    <w:p>
      <w:r>
        <w:rPr>
          <w:b w:val="0"/>
          <w:sz w:val="20"/>
        </w:rPr>
        <w:t>STATE OF TEXAS</w:t>
      </w:r>
    </w:p>
    <w:p>
      <w:r>
        <w:rPr>
          <w:b w:val="0"/>
          <w:sz w:val="20"/>
        </w:rPr>
        <w:t>COUNTY OF __________________</w:t>
      </w:r>
    </w:p>
    <w:p>
      <w:r>
        <w:rPr>
          <w:b w:val="0"/>
          <w:sz w:val="20"/>
        </w:rPr>
        <w:t>BEFORE ME, the undersigned authority, on this day personally appeared ____________________________, known to me (or proved to me under oath or through valid photo identification) to be the person whose name is subscribed to the foregoing instrument and acknowledged to me that they executed the same for the purposes and consideration therein expressed.</w:t>
      </w:r>
    </w:p>
    <w:p/>
    <w:p/>
    <w:p>
      <w:r>
        <w:rPr>
          <w:b w:val="0"/>
          <w:sz w:val="20"/>
        </w:rPr>
        <w:t>Given under my hand and seal of office this __________ day of ____________________, 20____.</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Notary Public, State of Texas</w:t>
            </w:r>
          </w:p>
        </w:tc>
        <w:tc>
          <w:tcPr>
            <w:tcW w:type="dxa" w:w="4986"/>
            <w:tcBorders>
              <w:top w:val="nil"/>
              <w:left w:val="nil"/>
              <w:bottom w:val="nil"/>
              <w:right w:val="nil"/>
              <w:insideH w:val="nil"/>
              <w:insideV w:val="nil"/>
            </w:tcBorders>
          </w:tcPr>
          <w:p>
            <w:pPr>
              <w:jc w:val="center"/>
            </w:pPr>
            <w:r>
              <w:t>My commission expires: ________________</w:t>
            </w:r>
          </w:p>
        </w:tc>
      </w:tr>
      <w:tr>
        <w:tc>
          <w:tcPr>
            <w:tcW w:type="dxa" w:w="4986"/>
            <w:tcBorders>
              <w:top w:val="nil"/>
              <w:left w:val="nil"/>
              <w:bottom w:val="nil"/>
              <w:right w:val="nil"/>
              <w:insideH w:val="nil"/>
              <w:insideV w:val="nil"/>
            </w:tcBorders>
          </w:tcPr>
          <w:p>
            <w:pPr>
              <w:jc w:val="center"/>
            </w:pPr>
            <w:r>
              <w:t>Signature: ___________________________</w:t>
            </w:r>
          </w:p>
        </w:tc>
        <w:tc>
          <w:tcPr>
            <w:tcW w:type="dxa" w:w="4986"/>
            <w:tcBorders>
              <w:top w:val="nil"/>
              <w:left w:val="nil"/>
              <w:bottom w:val="nil"/>
              <w:right w:val="nil"/>
              <w:insideH w:val="nil"/>
              <w:insideV w:val="nil"/>
            </w:tcBorders>
          </w:tcPr>
          <w:p>
            <w:pPr>
              <w:jc w:val="center"/>
            </w:pPr>
            <w:r>
              <w:t>Seal: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https://docs-life.com/separation-agreement-texas-template/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https://docs-life.com</w:t>
        </w:r>
      </w:hyperlink>
    </w:p>
    <w:p>
      <w:pPr>
        <w:jc w:val="center"/>
      </w:pPr>
      <w:r>
        <w:rPr>
          <w:color w:val="808080"/>
          <w:sz w:val="20"/>
        </w:rPr>
        <w:t>This template is intended exclusively for personal, non-commercial use.</w:t>
        <w:br/>
        <w:t>If distributed or published, the source must be mentioned. © docs-life.com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life.com/separation-agreement-texas-template/" TargetMode="External"/><Relationship Id="rId10" Type="http://schemas.openxmlformats.org/officeDocument/2006/relationships/hyperlink" Target="https://docs-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