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TEMPORARY SEPARATION AGREEMENT</w:t>
      </w:r>
    </w:p>
    <w:p/>
    <w:p>
      <w:r>
        <w:rPr>
          <w:b/>
          <w:sz w:val="20"/>
        </w:rPr>
        <w:t>This Temporary Separation Agreement ("Agreement") is entered into by and between the following parties:</w:t>
      </w:r>
    </w:p>
    <w:p/>
    <w:p>
      <w:r>
        <w:rPr>
          <w:b/>
          <w:sz w:val="20"/>
        </w:rPr>
        <w:t>Party A:</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Party B:</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pPr>
        <w:jc w:val="center"/>
      </w:pPr>
      <w:r>
        <w:rPr>
          <w:b/>
          <w:sz w:val="20"/>
        </w:rPr>
        <w:t>RECITALS</w:t>
      </w:r>
    </w:p>
    <w:p/>
    <w:p>
      <w:r>
        <w:rPr>
          <w:b w:val="0"/>
          <w:sz w:val="20"/>
        </w:rPr>
        <w:t>WHEREAS, the Parties are currently married or in a domestic partnership and seek to live separately for a temporary period;</w:t>
      </w:r>
    </w:p>
    <w:p>
      <w:r>
        <w:rPr>
          <w:b w:val="0"/>
          <w:sz w:val="20"/>
        </w:rPr>
        <w:t>WHEREAS, the Parties desire to establish their respective rights, obligations, and responsibilities during such temporary separation;</w:t>
      </w:r>
    </w:p>
    <w:p>
      <w:r>
        <w:rPr>
          <w:b w:val="0"/>
          <w:sz w:val="20"/>
        </w:rPr>
        <w:t>NOW, THEREFORE, in consideration of the mutual covenants contained herein, the Parties agree as follows:</w:t>
      </w:r>
    </w:p>
    <w:p/>
    <w:p>
      <w:r>
        <w:rPr>
          <w:b/>
          <w:sz w:val="20"/>
        </w:rPr>
        <w:t>1. Separation Period</w:t>
      </w:r>
    </w:p>
    <w:p>
      <w:r>
        <w:rPr>
          <w:b w:val="0"/>
          <w:sz w:val="20"/>
        </w:rPr>
        <w:t>The Parties agree to live separate and apart from each other beginning on the date of execution of this Agreement and continuing for a period of ____________________ (the "Separation Period") unless extended or terminated earlier by mutual written consent of the Parties.</w:t>
      </w:r>
    </w:p>
    <w:p/>
    <w:p>
      <w:r>
        <w:rPr>
          <w:b/>
          <w:sz w:val="20"/>
        </w:rPr>
        <w:t>2. Residence and Personal Property</w:t>
      </w:r>
    </w:p>
    <w:p>
      <w:r>
        <w:rPr>
          <w:b w:val="0"/>
          <w:sz w:val="20"/>
        </w:rPr>
        <w:t>During the Separation Period:</w:t>
      </w:r>
    </w:p>
    <w:p>
      <w:r>
        <w:rPr>
          <w:b w:val="0"/>
          <w:sz w:val="20"/>
        </w:rPr>
        <w:t>a) Party A shall reside at: ________________________________________________</w:t>
      </w:r>
    </w:p>
    <w:p>
      <w:r>
        <w:rPr>
          <w:b w:val="0"/>
          <w:sz w:val="20"/>
        </w:rPr>
        <w:t>b) Party B shall reside at: ________________________________________________</w:t>
      </w:r>
    </w:p>
    <w:p>
      <w:r>
        <w:rPr>
          <w:b w:val="0"/>
          <w:sz w:val="20"/>
        </w:rPr>
        <w:t>c) Each Party shall retain possession of their respective personal property unless otherwise agreed in writing.</w:t>
      </w:r>
    </w:p>
    <w:p/>
    <w:p>
      <w:r>
        <w:rPr>
          <w:b/>
          <w:sz w:val="20"/>
        </w:rPr>
        <w:t>3. Financial Responsibilities</w:t>
      </w:r>
    </w:p>
    <w:p>
      <w:r>
        <w:rPr>
          <w:b w:val="0"/>
          <w:sz w:val="20"/>
        </w:rPr>
        <w:t>a) Each Party shall be responsible for their own living expenses, debts, and obligations incurred during the Separation Period unless otherwise stated herein.</w:t>
      </w:r>
    </w:p>
    <w:p>
      <w:r>
        <w:rPr>
          <w:b w:val="0"/>
          <w:sz w:val="20"/>
        </w:rPr>
        <w:t>b) The Parties agree the following support obligations shall apply during the Separation Period:</w:t>
      </w:r>
    </w:p>
    <w:p>
      <w:r>
        <w:rPr>
          <w:b w:val="0"/>
          <w:sz w:val="20"/>
        </w:rPr>
        <w:t xml:space="preserve">   i. Spousal support (if any): _______________________________________________</w:t>
      </w:r>
    </w:p>
    <w:p>
      <w:r>
        <w:rPr>
          <w:b w:val="0"/>
          <w:sz w:val="20"/>
        </w:rPr>
        <w:t xml:space="preserve">   ii. Child support (if any): ________________________________________________</w:t>
      </w:r>
    </w:p>
    <w:p>
      <w:r>
        <w:rPr>
          <w:b w:val="0"/>
          <w:sz w:val="20"/>
        </w:rPr>
        <w:t>c) The Parties shall cooperate in timely payment of any joint debts or obligations incurred prior to the Separation Period.</w:t>
      </w:r>
    </w:p>
    <w:p/>
    <w:p>
      <w:r>
        <w:rPr>
          <w:b/>
          <w:sz w:val="20"/>
        </w:rPr>
        <w:t>4. Children</w:t>
      </w:r>
    </w:p>
    <w:p>
      <w:r>
        <w:rPr>
          <w:b w:val="0"/>
          <w:sz w:val="20"/>
        </w:rPr>
        <w:t>a) The Parties shall share parental responsibilities as follows during the Separation Period:</w:t>
      </w:r>
    </w:p>
    <w:p>
      <w:r>
        <w:rPr>
          <w:b w:val="0"/>
          <w:sz w:val="20"/>
        </w:rPr>
        <w:t xml:space="preserve">   i. Custody arrangement: _________________________________________________</w:t>
      </w:r>
    </w:p>
    <w:p>
      <w:r>
        <w:rPr>
          <w:b w:val="0"/>
          <w:sz w:val="20"/>
        </w:rPr>
        <w:t xml:space="preserve">   ii. Visitation schedule: _________________________________________________</w:t>
      </w:r>
    </w:p>
    <w:p>
      <w:r>
        <w:rPr>
          <w:b w:val="0"/>
          <w:sz w:val="20"/>
        </w:rPr>
        <w:t>b) Both Parties agree to act in the best interests of the children and maintain open communication regarding their welfare.</w:t>
      </w:r>
    </w:p>
    <w:p/>
    <w:p>
      <w:r>
        <w:rPr>
          <w:b/>
          <w:sz w:val="20"/>
        </w:rPr>
        <w:t>5. Use of Property</w:t>
      </w:r>
    </w:p>
    <w:p>
      <w:r>
        <w:rPr>
          <w:b w:val="0"/>
          <w:sz w:val="20"/>
        </w:rPr>
        <w:t>a) The Parties shall use and maintain the marital residence and any jointly owned property as follows:</w:t>
      </w:r>
    </w:p>
    <w:p>
      <w:r>
        <w:rPr>
          <w:b w:val="0"/>
          <w:sz w:val="20"/>
        </w:rPr>
        <w:t xml:space="preserve">   i. Residence address: ___________________________________________________</w:t>
      </w:r>
    </w:p>
    <w:p>
      <w:r>
        <w:rPr>
          <w:b w:val="0"/>
          <w:sz w:val="20"/>
        </w:rPr>
        <w:t xml:space="preserve">   ii. Use and access rights: _______________________________________________</w:t>
      </w:r>
    </w:p>
    <w:p>
      <w:r>
        <w:rPr>
          <w:b w:val="0"/>
          <w:sz w:val="20"/>
        </w:rPr>
        <w:t>b) Neither Party shall sell, transfer, or encumber any jointly owned property without the prior written consent of the other Party.</w:t>
      </w:r>
    </w:p>
    <w:p/>
    <w:p>
      <w:r>
        <w:rPr>
          <w:b/>
          <w:sz w:val="20"/>
        </w:rPr>
        <w:t>6. Communication and Conduct</w:t>
      </w:r>
    </w:p>
    <w:p>
      <w:r>
        <w:rPr>
          <w:b w:val="0"/>
          <w:sz w:val="20"/>
        </w:rPr>
        <w:t>The Parties agree to communicate respectfully and cooperate in matters related to this Agreement and their separation. Neither Party shall harass, threaten, or intimidate the other during the Separation Period.</w:t>
      </w:r>
    </w:p>
    <w:p/>
    <w:p>
      <w:r>
        <w:rPr>
          <w:b/>
          <w:sz w:val="20"/>
        </w:rPr>
        <w:t>7. Legal Effect and Binding Nature</w:t>
      </w:r>
    </w:p>
    <w:p>
      <w:r>
        <w:rPr>
          <w:b w:val="0"/>
          <w:sz w:val="20"/>
        </w:rPr>
        <w:t>This Agreement constitutes a legally binding contract between the Parties. Any modifications must be made in writing and signed by both Parties.</w:t>
      </w:r>
    </w:p>
    <w:p/>
    <w:p>
      <w:r>
        <w:rPr>
          <w:b/>
          <w:sz w:val="20"/>
        </w:rPr>
        <w:t>8. Governing Law</w:t>
      </w:r>
    </w:p>
    <w:p>
      <w:r>
        <w:rPr>
          <w:b w:val="0"/>
          <w:sz w:val="20"/>
        </w:rPr>
        <w:t>This Agreement shall be governed by and construed in accordance with the laws of the State of ____________________, United States of America.</w:t>
      </w:r>
    </w:p>
    <w:p/>
    <w:p>
      <w:r>
        <w:rPr>
          <w:b/>
          <w:sz w:val="20"/>
        </w:rPr>
        <w:t>9. Dispute Resolution</w:t>
      </w:r>
    </w:p>
    <w:p>
      <w:r>
        <w:rPr>
          <w:b w:val="0"/>
          <w:sz w:val="20"/>
        </w:rPr>
        <w:t>Any disputes arising under or relating to this Agreement shall be resolved first through good faith negotiation between the Parties. If unresolved, disputes shall be submitted to mediation before any party may initiate litigation.</w:t>
      </w:r>
    </w:p>
    <w:p/>
    <w:p>
      <w:r>
        <w:rPr>
          <w:b/>
          <w:sz w:val="20"/>
        </w:rPr>
        <w:t>10. Entire Agreement</w:t>
      </w:r>
    </w:p>
    <w:p>
      <w:r>
        <w:rPr>
          <w:b w:val="0"/>
          <w:sz w:val="20"/>
        </w:rPr>
        <w:t>This Agreement contains the entire understanding between the Parties concerning the subject matter herein and supersedes all prior agreements and understandings, oral or written.</w:t>
      </w:r>
    </w:p>
    <w:p/>
    <w:p>
      <w:r>
        <w:rPr>
          <w:b/>
          <w:sz w:val="20"/>
        </w:rPr>
        <w:t>11. Severability</w:t>
      </w:r>
    </w:p>
    <w:p>
      <w:r>
        <w:rPr>
          <w:b w:val="0"/>
          <w:sz w:val="20"/>
        </w:rPr>
        <w:t>If any provision of this Agreement is held to be invalid or unenforceable, the remaining provisions shall remain in full force and effect.</w:t>
      </w:r>
    </w:p>
    <w:p/>
    <w:p>
      <w:r>
        <w:rPr>
          <w:b/>
          <w:sz w:val="20"/>
        </w:rPr>
        <w:t>12. Execution</w:t>
      </w:r>
    </w:p>
    <w:p>
      <w:r>
        <w:rPr>
          <w:b w:val="0"/>
          <w:sz w:val="20"/>
        </w:rPr>
        <w:t>Each Party acknowledges they have read, understood, and voluntarily accepted the terms of this Agreement. Each Party has had the opportunity to consult with independent legal counsel prior to execution.</w:t>
      </w:r>
    </w:p>
    <w:p/>
    <w:p/>
    <w:p>
      <w:r>
        <w:rPr>
          <w:b w:val="0"/>
          <w:sz w:val="20"/>
        </w:rPr>
        <w:t>Place of execution: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_____________________________</w:t>
            </w:r>
          </w:p>
        </w:tc>
        <w:tc>
          <w:tcPr>
            <w:tcW w:type="dxa" w:w="4986"/>
            <w:tcBorders>
              <w:top w:val="nil"/>
              <w:left w:val="nil"/>
              <w:bottom w:val="nil"/>
              <w:right w:val="nil"/>
              <w:insideH w:val="nil"/>
              <w:insideV w:val="nil"/>
            </w:tcBorders>
          </w:tcPr>
          <w:p>
            <w:pPr>
              <w:jc w:val="center"/>
            </w:pPr>
            <w:r>
              <w:br/>
              <w:br/>
              <w:t>Signature: _____________________________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https://docs-life.com/temporary-separation-agreement-template/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temporary-separation-agreemen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