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VERBAL WARNING NOTICE</w:t>
      </w:r>
    </w:p>
    <w:p/>
    <w:p/>
    <w:p>
      <w:r>
        <w:rPr>
          <w:b w:val="0"/>
          <w:sz w:val="20"/>
        </w:rPr>
        <w:t>This Verbal Warning Notice documents a formal conversation between management and the employee regarding performance or conduct issues that require improvement.</w:t>
      </w:r>
    </w:p>
    <w:p/>
    <w:p>
      <w:r>
        <w:rPr>
          <w:b/>
          <w:sz w:val="20"/>
        </w:rPr>
        <w:t>Employee Information:</w:t>
      </w:r>
    </w:p>
    <w:p>
      <w:r>
        <w:rPr>
          <w:b w:val="0"/>
          <w:sz w:val="20"/>
        </w:rPr>
        <w:t>Full Name: ______________________________________________________________</w:t>
      </w:r>
    </w:p>
    <w:p>
      <w:r>
        <w:rPr>
          <w:b w:val="0"/>
          <w:sz w:val="20"/>
        </w:rPr>
        <w:t>Employee ID: _____________________________________________________________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______________________________________________________________</w:t>
      </w:r>
    </w:p>
    <w:p/>
    <w:p>
      <w:r>
        <w:rPr>
          <w:b/>
          <w:sz w:val="20"/>
        </w:rPr>
        <w:t>Supervisor/Manager Information:</w:t>
      </w:r>
    </w:p>
    <w:p>
      <w:r>
        <w:rPr>
          <w:b w:val="0"/>
          <w:sz w:val="20"/>
        </w:rPr>
        <w:t>Full Name: ______________________________________________________________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___________________________________________________________</w:t>
      </w:r>
    </w:p>
    <w:p/>
    <w:p>
      <w:r>
        <w:rPr>
          <w:b/>
          <w:sz w:val="20"/>
        </w:rPr>
        <w:t>Description of Incident / Performance Issues: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Previous Discussions or Warnings (if any):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Expected Improvements and Required Actions: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Support and Resources Provided by Employer: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Consequences of Continued Issues or Failure to Improve:</w:t>
      </w:r>
    </w:p>
    <w:p>
      <w:r>
        <w:rPr>
          <w:b w:val="0"/>
          <w:sz w:val="20"/>
        </w:rPr>
        <w:t>Failure to demonstrate immediate and sustained improvement may result in further disciplinary action, up to and including termination of employment.</w:t>
      </w:r>
    </w:p>
    <w:p/>
    <w:p/>
    <w:p>
      <w:r>
        <w:rPr>
          <w:b/>
          <w:sz w:val="20"/>
        </w:rPr>
        <w:t>Employee Acknowledgment:</w:t>
      </w:r>
    </w:p>
    <w:p>
      <w:r>
        <w:rPr>
          <w:b w:val="0"/>
          <w:sz w:val="20"/>
        </w:rPr>
        <w:t>I acknowledge that the above information has been discussed with me and that I understand the expectations and potential consequences.</w:t>
      </w:r>
    </w:p>
    <w:p/>
    <w:p/>
    <w:p>
      <w:r>
        <w:rPr>
          <w:b w:val="0"/>
          <w:sz w:val="20"/>
        </w:rPr>
        <w:t>Location: ________________________________________________________________</w:t>
      </w:r>
    </w:p>
    <w:p>
      <w:r>
        <w:rPr>
          <w:b w:val="0"/>
          <w:sz w:val="20"/>
        </w:rPr>
        <w:t>Date: 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SUPERVISOR/MANAGER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https://docs-life.com/verbal-warning-template/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https://docs-life.com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docs-life.com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life.com/verbal-warning-template/" TargetMode="External"/><Relationship Id="rId10" Type="http://schemas.openxmlformats.org/officeDocument/2006/relationships/hyperlink" Target="https://docs-lif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