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LAST WILL AND TESTAMENT</w:t>
      </w:r>
    </w:p>
    <w:p>
      <w:pPr>
        <w:jc w:val="center"/>
      </w:pPr>
      <w:r>
        <w:rPr>
          <w:b/>
          <w:sz w:val="20"/>
        </w:rPr>
        <w:t>OF</w:t>
      </w:r>
    </w:p>
    <w:p>
      <w:pPr>
        <w:jc w:val="center"/>
      </w:pPr>
      <w:r>
        <w:rPr>
          <w:b/>
          <w:sz w:val="20"/>
        </w:rPr>
        <w:t>______________________________</w:t>
      </w:r>
    </w:p>
    <w:p/>
    <w:p/>
    <w:p>
      <w:r>
        <w:rPr>
          <w:b w:val="0"/>
          <w:sz w:val="20"/>
        </w:rPr>
        <w:t>I, ________________________________, a resident of the Commonwealth of Virginia, being of sound mind and memory, do hereby declare this to be my Last Will and Testament, hereby revoking all prior wills and codicils.</w:t>
      </w:r>
    </w:p>
    <w:p/>
    <w:p>
      <w:r>
        <w:rPr>
          <w:b/>
          <w:sz w:val="20"/>
        </w:rPr>
        <w:t>ARTICLE I – FAMILY INFORMATION</w:t>
      </w:r>
    </w:p>
    <w:p>
      <w:r>
        <w:rPr>
          <w:b w:val="0"/>
          <w:sz w:val="20"/>
        </w:rPr>
        <w:t>I am married to ________________________________, hereinafter referred to as my Spouse.</w:t>
      </w:r>
    </w:p>
    <w:p>
      <w:r>
        <w:rPr>
          <w:b w:val="0"/>
          <w:sz w:val="20"/>
        </w:rPr>
        <w:t>I have the following children:</w:t>
      </w:r>
    </w:p>
    <w:p>
      <w:r>
        <w:rPr>
          <w:b w:val="0"/>
          <w:sz w:val="20"/>
        </w:rPr>
        <w:t>________________________________________________________________________</w:t>
      </w:r>
    </w:p>
    <w:p>
      <w:r>
        <w:rPr>
          <w:b w:val="0"/>
          <w:sz w:val="20"/>
        </w:rPr>
        <w:t>________________________________________________________________________</w:t>
      </w:r>
    </w:p>
    <w:p>
      <w:r>
        <w:rPr>
          <w:b w:val="0"/>
          <w:sz w:val="20"/>
        </w:rPr>
        <w:t>________________________________________________________________________</w:t>
      </w:r>
    </w:p>
    <w:p/>
    <w:p>
      <w:r>
        <w:rPr>
          <w:b/>
          <w:sz w:val="20"/>
        </w:rPr>
        <w:t>ARTICLE II – APPOINTMENT OF EXECUTOR</w:t>
      </w:r>
    </w:p>
    <w:p>
      <w:r>
        <w:rPr>
          <w:b w:val="0"/>
          <w:sz w:val="20"/>
        </w:rPr>
        <w:t>I hereby nominate and appoint ________________________________ as Executor of this Will. If this Executor is unable or unwilling to serve, then I appoint ________________________________ as successor Executor.</w:t>
      </w:r>
    </w:p>
    <w:p/>
    <w:p>
      <w:r>
        <w:rPr>
          <w:b/>
          <w:sz w:val="20"/>
        </w:rPr>
        <w:t>ARTICLE III – DISPOSITION OF PROPERTY</w:t>
      </w:r>
    </w:p>
    <w:p>
      <w:r>
        <w:rPr>
          <w:b w:val="0"/>
          <w:sz w:val="20"/>
        </w:rPr>
        <w:t>I give, devise, and bequeath all my property, both real and personal, as follows:</w:t>
      </w:r>
    </w:p>
    <w:p>
      <w:r>
        <w:rPr>
          <w:b w:val="0"/>
          <w:sz w:val="20"/>
        </w:rPr>
        <w:t>1. To my Spouse, ________________________________, I give the following property:</w:t>
      </w:r>
    </w:p>
    <w:p>
      <w:r>
        <w:rPr>
          <w:b w:val="0"/>
          <w:sz w:val="20"/>
        </w:rPr>
        <w:t xml:space="preserve">   _________________________________________________________________</w:t>
      </w:r>
    </w:p>
    <w:p>
      <w:r>
        <w:rPr>
          <w:b w:val="0"/>
          <w:sz w:val="20"/>
        </w:rPr>
        <w:t xml:space="preserve">   _________________________________________________________________</w:t>
      </w:r>
    </w:p>
    <w:p>
      <w:r>
        <w:rPr>
          <w:b w:val="0"/>
          <w:sz w:val="20"/>
        </w:rPr>
        <w:t>2. To my children, in equal shares, I give the remainder of my estate, including but not limited to:</w:t>
      </w:r>
    </w:p>
    <w:p>
      <w:r>
        <w:rPr>
          <w:b w:val="0"/>
          <w:sz w:val="20"/>
        </w:rPr>
        <w:t xml:space="preserve">   _________________________________________________________________</w:t>
      </w:r>
    </w:p>
    <w:p>
      <w:r>
        <w:rPr>
          <w:b w:val="0"/>
          <w:sz w:val="20"/>
        </w:rPr>
        <w:t xml:space="preserve">   _________________________________________________________________</w:t>
      </w:r>
    </w:p>
    <w:p>
      <w:r>
        <w:rPr>
          <w:b w:val="0"/>
          <w:sz w:val="20"/>
        </w:rPr>
        <w:t>3. If any beneficiary named herein does not survive me by thirty (30) days, that beneficiary’s share shall pass to their descendants, per stirpes.</w:t>
      </w:r>
    </w:p>
    <w:p/>
    <w:p>
      <w:r>
        <w:rPr>
          <w:b/>
          <w:sz w:val="20"/>
        </w:rPr>
        <w:t>ARTICLE IV – GUARDIANSHIP</w:t>
      </w:r>
    </w:p>
    <w:p>
      <w:r>
        <w:rPr>
          <w:b w:val="0"/>
          <w:sz w:val="20"/>
        </w:rPr>
        <w:t>If at my death any of my children are minors, I appoint ________________________________ as guardian of the person and estate of such minor children.</w:t>
      </w:r>
    </w:p>
    <w:p/>
    <w:p>
      <w:r>
        <w:rPr>
          <w:b/>
          <w:sz w:val="20"/>
        </w:rPr>
        <w:t>ARTICLE V – POWERS OF EXECUTOR</w:t>
      </w:r>
    </w:p>
    <w:p>
      <w:r>
        <w:rPr>
          <w:b w:val="0"/>
          <w:sz w:val="20"/>
        </w:rPr>
        <w:t>My Executor shall have all powers allowable under Virginia law, including but not limited to:</w:t>
      </w:r>
    </w:p>
    <w:p>
      <w:r>
        <w:rPr>
          <w:b w:val="0"/>
          <w:sz w:val="20"/>
        </w:rPr>
        <w:t>- To sell, lease, or mortgage any real or personal property without court approval.</w:t>
      </w:r>
    </w:p>
    <w:p>
      <w:r>
        <w:rPr>
          <w:b w:val="0"/>
          <w:sz w:val="20"/>
        </w:rPr>
        <w:t>- To settle claims for or against my estate.</w:t>
      </w:r>
    </w:p>
    <w:p>
      <w:r>
        <w:rPr>
          <w:b w:val="0"/>
          <w:sz w:val="20"/>
        </w:rPr>
        <w:t>- To manage and distribute my estate according to the terms of this Will.</w:t>
      </w:r>
    </w:p>
    <w:p/>
    <w:p>
      <w:r>
        <w:rPr>
          <w:b/>
          <w:sz w:val="20"/>
        </w:rPr>
        <w:t>ARTICLE VI – TAXES AND EXPENSES</w:t>
      </w:r>
    </w:p>
    <w:p>
      <w:r>
        <w:rPr>
          <w:b w:val="0"/>
          <w:sz w:val="20"/>
        </w:rPr>
        <w:t>All estate, inheritance, and other taxes payable by reason of my death, and all expenses of administering my estate, shall be paid out of my residuary estate.</w:t>
      </w:r>
    </w:p>
    <w:p/>
    <w:p>
      <w:r>
        <w:rPr>
          <w:b/>
          <w:sz w:val="20"/>
        </w:rPr>
        <w:t>ARTICLE VII – NO CONTEST CLAUSE</w:t>
      </w:r>
    </w:p>
    <w:p>
      <w:r>
        <w:rPr>
          <w:b w:val="0"/>
          <w:sz w:val="20"/>
        </w:rPr>
        <w:t>If any beneficiary under this Will, or any person claiming under such beneficiary, contests this Will or any of its provisions, any share or interest in my estate given to such contesting beneficiary shall be forfeited and shall become part of my residuary estate.</w:t>
      </w:r>
    </w:p>
    <w:p/>
    <w:p>
      <w:r>
        <w:rPr>
          <w:b/>
          <w:sz w:val="20"/>
        </w:rPr>
        <w:t>ARTICLE VIII – GOVERNING LAW</w:t>
      </w:r>
    </w:p>
    <w:p>
      <w:r>
        <w:rPr>
          <w:b w:val="0"/>
          <w:sz w:val="20"/>
        </w:rPr>
        <w:t>This Will shall be governed by and construed in accordance with the laws of the Commonwealth of Virginia.</w:t>
      </w:r>
    </w:p>
    <w:p/>
    <w:p/>
    <w:p>
      <w:r>
        <w:rPr>
          <w:b w:val="0"/>
          <w:sz w:val="20"/>
        </w:rPr>
        <w:t>IN WITNESS WHEREOF, I have hereunto set my hand this ______ day of ____________________, in the year ______.</w:t>
      </w:r>
    </w:p>
    <w:p/>
    <w:p/>
    <w:p>
      <w:pPr>
        <w:jc w:val="left"/>
      </w:pPr>
      <w:r>
        <w:rPr>
          <w:b w:val="0"/>
          <w:sz w:val="20"/>
        </w:rPr>
        <w:t>Signature of Testator: _______________________________________________</w:t>
      </w:r>
    </w:p>
    <w:p/>
    <w:p/>
    <w:p/>
    <w:p>
      <w:r>
        <w:rPr>
          <w:b/>
          <w:sz w:val="20"/>
        </w:rPr>
        <w:t>WITNESSES' ATTESTATION</w:t>
      </w:r>
    </w:p>
    <w:p>
      <w:r>
        <w:rPr>
          <w:b w:val="0"/>
          <w:sz w:val="20"/>
        </w:rPr>
        <w:t>We, the undersigned witnesses, hereby certify that the above-named Testator signed this Will in our presence and declared to us that it is his/her Last Will and Testament. We affirm that we are not named beneficiaries in this Will and are competent to witness.</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WITNESS 1</w:t>
            </w:r>
          </w:p>
        </w:tc>
        <w:tc>
          <w:tcPr>
            <w:tcW w:type="dxa" w:w="4986"/>
            <w:tcBorders>
              <w:top w:val="nil"/>
              <w:left w:val="nil"/>
              <w:bottom w:val="nil"/>
              <w:right w:val="nil"/>
              <w:insideH w:val="nil"/>
              <w:insideV w:val="nil"/>
            </w:tcBorders>
          </w:tcPr>
          <w:p>
            <w:pPr>
              <w:jc w:val="center"/>
            </w:pPr>
            <w:r>
              <w:t>WITNESS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Address: ________________________________</w:t>
            </w:r>
          </w:p>
        </w:tc>
        <w:tc>
          <w:tcPr>
            <w:tcW w:type="dxa" w:w="4986"/>
            <w:tcBorders>
              <w:top w:val="nil"/>
              <w:left w:val="nil"/>
              <w:bottom w:val="nil"/>
              <w:right w:val="nil"/>
              <w:insideH w:val="nil"/>
              <w:insideV w:val="nil"/>
            </w:tcBorders>
          </w:tcPr>
          <w:p>
            <w:pPr>
              <w:jc w:val="center"/>
            </w:pPr>
            <w:r>
              <w:t>Name: ________________________________</w:t>
              <w:br/>
              <w:t>Address: ________________________________</w:t>
            </w:r>
          </w:p>
        </w:tc>
      </w:tr>
    </w:tbl>
    <w:p/>
    <w:p/>
    <w:p>
      <w:r>
        <w:rPr>
          <w:b/>
          <w:sz w:val="20"/>
        </w:rPr>
        <w:t>NOTARY ACKNOWLEDGMENT</w:t>
      </w:r>
    </w:p>
    <w:p>
      <w:r>
        <w:rPr>
          <w:b w:val="0"/>
          <w:sz w:val="20"/>
        </w:rPr>
        <w:t>State of Virginia</w:t>
      </w:r>
    </w:p>
    <w:p>
      <w:r>
        <w:rPr>
          <w:b w:val="0"/>
          <w:sz w:val="20"/>
        </w:rPr>
        <w:t>____________________ County</w:t>
      </w:r>
    </w:p>
    <w:p>
      <w:r>
        <w:rPr>
          <w:b w:val="0"/>
          <w:sz w:val="20"/>
        </w:rPr>
        <w:t>Subscribed, sworn to and acknowledged before me by ________________________________, the Testator, and subscribed and sworn to before me by the witnesses, this _____ day of ____________________, 20__.</w:t>
      </w:r>
    </w:p>
    <w:p/>
    <w:p/>
    <w:p/>
    <w:p>
      <w:r>
        <w:rPr>
          <w:b w:val="0"/>
          <w:sz w:val="20"/>
        </w:rPr>
        <w:t>Notary Public Signature: _______________________________________________</w:t>
      </w:r>
    </w:p>
    <w:p>
      <w:r>
        <w:rPr>
          <w:b w:val="0"/>
          <w:sz w:val="20"/>
        </w:rPr>
        <w:t>My commission expires: _______________________________________________</w:t>
      </w:r>
    </w:p>
    <w:p>
      <w:r>
        <w:br w:type="page"/>
      </w:r>
    </w:p>
    <w:p>
      <w:pPr>
        <w:jc w:val="center"/>
      </w:pPr>
      <w:r>
        <w:rPr>
          <w:color w:val="555555"/>
          <w:sz w:val="24"/>
        </w:rPr>
        <w:t>Original source of this document:</w:t>
      </w:r>
    </w:p>
    <w:p>
      <w:pPr>
        <w:jc w:val="center"/>
      </w:pPr>
      <w:hyperlink r:id="rId9">
        <w:r>
          <w:rPr>
            <w:color w:val="0000FF"/>
            <w:u w:val="single"/>
          </w:rPr>
          <w:t>https://docs-life.com/virginia-will-template/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https://docs-life.com</w:t>
        </w:r>
      </w:hyperlink>
    </w:p>
    <w:p>
      <w:pPr>
        <w:jc w:val="center"/>
      </w:pPr>
      <w:r>
        <w:rPr>
          <w:color w:val="808080"/>
          <w:sz w:val="20"/>
        </w:rPr>
        <w:t>This template is intended exclusively for personal, non-commercial use.</w:t>
        <w:br/>
        <w:t>If distributed or published, the source must be mentioned. © docs-life.com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life.com/virginia-will-template/" TargetMode="External"/><Relationship Id="rId10" Type="http://schemas.openxmlformats.org/officeDocument/2006/relationships/hyperlink" Target="https://docs-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