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WEDDING CAKE SERVICE AGREEMENT</w:t>
      </w:r>
    </w:p>
    <w:p/>
    <w:p>
      <w:r>
        <w:rPr>
          <w:b/>
          <w:sz w:val="20"/>
        </w:rPr>
        <w:t>Service Provider Information:</w:t>
      </w:r>
    </w:p>
    <w:p>
      <w:r>
        <w:rPr>
          <w:b w:val="0"/>
          <w:sz w:val="20"/>
        </w:rPr>
        <w:t>Business Name: 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Client Information:</w:t>
      </w:r>
    </w:p>
    <w:p>
      <w:r>
        <w:rPr>
          <w:b w:val="0"/>
          <w:sz w:val="20"/>
        </w:rPr>
        <w:t>Full Name(s):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Event Details:</w:t>
      </w:r>
    </w:p>
    <w:p>
      <w:r>
        <w:rPr>
          <w:b w:val="0"/>
          <w:sz w:val="20"/>
        </w:rPr>
        <w:t>Event Date: ______________________________________________________________</w:t>
      </w:r>
    </w:p>
    <w:p>
      <w:r>
        <w:rPr>
          <w:b w:val="0"/>
          <w:sz w:val="20"/>
        </w:rPr>
        <w:t>Event Location: __________________________________________________________</w:t>
      </w:r>
    </w:p>
    <w:p>
      <w:r>
        <w:rPr>
          <w:b w:val="0"/>
          <w:sz w:val="20"/>
        </w:rPr>
        <w:t>Estimated Number of Guests: ______________________________________________</w:t>
      </w:r>
    </w:p>
    <w:p/>
    <w:p>
      <w:r>
        <w:rPr>
          <w:b/>
          <w:sz w:val="20"/>
        </w:rPr>
        <w:t>Cake Description and Specifications:</w:t>
      </w:r>
    </w:p>
    <w:p>
      <w:r>
        <w:rPr>
          <w:b w:val="0"/>
          <w:sz w:val="20"/>
        </w:rPr>
        <w:t>Cake Size/Servings: _______________________________________________________</w:t>
      </w:r>
    </w:p>
    <w:p>
      <w:r>
        <w:rPr>
          <w:b w:val="0"/>
          <w:sz w:val="20"/>
        </w:rPr>
        <w:t>Cake Flavor(s): ___________________________________________________________</w:t>
      </w:r>
    </w:p>
    <w:p>
      <w:r>
        <w:rPr>
          <w:b w:val="0"/>
          <w:sz w:val="20"/>
        </w:rPr>
        <w:t>Filling(s): _______________________________________________________________</w:t>
      </w:r>
    </w:p>
    <w:p>
      <w:r>
        <w:rPr>
          <w:b w:val="0"/>
          <w:sz w:val="20"/>
        </w:rPr>
        <w:t>Icing Type: _______________________________________________________________</w:t>
      </w:r>
    </w:p>
    <w:p>
      <w:r>
        <w:rPr>
          <w:b w:val="0"/>
          <w:sz w:val="20"/>
        </w:rPr>
        <w:t>Design/Decoration Details: _________________________________________________</w:t>
      </w:r>
    </w:p>
    <w:p>
      <w:r>
        <w:rPr>
          <w:b w:val="0"/>
          <w:sz w:val="20"/>
        </w:rPr>
        <w:t>Allergy Considerations: ____________________________________________________</w:t>
      </w:r>
    </w:p>
    <w:p>
      <w:r>
        <w:rPr>
          <w:b w:val="0"/>
          <w:sz w:val="20"/>
        </w:rPr>
        <w:t>Additional Items Included (e.g., topper, flowers): __________________________</w:t>
      </w:r>
    </w:p>
    <w:p/>
    <w:p>
      <w:r>
        <w:rPr>
          <w:b/>
          <w:sz w:val="20"/>
        </w:rPr>
        <w:t>Price and Payment Terms:</w:t>
      </w:r>
    </w:p>
    <w:p>
      <w:r>
        <w:rPr>
          <w:b w:val="0"/>
          <w:sz w:val="20"/>
        </w:rPr>
        <w:t>Total Price: ____________________ USD</w:t>
      </w:r>
    </w:p>
    <w:p>
      <w:r>
        <w:rPr>
          <w:b w:val="0"/>
          <w:sz w:val="20"/>
        </w:rPr>
        <w:t>Deposit Amount: ____________________ USD (due upon signing this agreement)</w:t>
      </w:r>
    </w:p>
    <w:p>
      <w:r>
        <w:rPr>
          <w:b w:val="0"/>
          <w:sz w:val="20"/>
        </w:rPr>
        <w:t>Balance Amount: ____________________ USD (due no later than _______ days before the event)</w:t>
      </w:r>
    </w:p>
    <w:p>
      <w:r>
        <w:rPr>
          <w:b w:val="0"/>
          <w:sz w:val="20"/>
        </w:rPr>
        <w:t>Accepted Payment Methods: _________________________________________________</w:t>
      </w:r>
    </w:p>
    <w:p/>
    <w:p>
      <w:r>
        <w:rPr>
          <w:b/>
          <w:sz w:val="20"/>
        </w:rPr>
        <w:t>Delivery and Setup:</w:t>
      </w:r>
    </w:p>
    <w:p>
      <w:r>
        <w:rPr>
          <w:b w:val="0"/>
          <w:sz w:val="20"/>
        </w:rPr>
        <w:t>Delivery Date and Time: ___________________________________________________</w:t>
      </w:r>
    </w:p>
    <w:p>
      <w:r>
        <w:rPr>
          <w:b w:val="0"/>
          <w:sz w:val="20"/>
        </w:rPr>
        <w:t>Delivery Location: ________________________________________________________</w:t>
      </w:r>
    </w:p>
    <w:p>
      <w:r>
        <w:rPr>
          <w:b w:val="0"/>
          <w:sz w:val="20"/>
        </w:rPr>
        <w:t>Setup Requirements and Responsibilities: ___________________________________</w:t>
      </w:r>
    </w:p>
    <w:p>
      <w:r>
        <w:rPr>
          <w:b w:val="0"/>
          <w:sz w:val="20"/>
        </w:rPr>
        <w:t>Client Contact Person at Event: ____________________________________________</w:t>
      </w:r>
    </w:p>
    <w:p/>
    <w:p>
      <w:r>
        <w:rPr>
          <w:b/>
          <w:sz w:val="20"/>
        </w:rPr>
        <w:t>Cancellation and Refund Policy:</w:t>
      </w:r>
    </w:p>
    <w:p>
      <w:r>
        <w:rPr>
          <w:b w:val="0"/>
          <w:sz w:val="20"/>
        </w:rPr>
        <w:t>Client may cancel this agreement by providing written notice to the Service Provider. The deposit is non-refundable.</w:t>
      </w:r>
    </w:p>
    <w:p>
      <w:r>
        <w:rPr>
          <w:b w:val="0"/>
          <w:sz w:val="20"/>
        </w:rPr>
        <w:t>Cancellations made more than _______ days before the event will receive a refund of any balance paid, less the deposit.</w:t>
      </w:r>
    </w:p>
    <w:p>
      <w:r>
        <w:rPr>
          <w:b w:val="0"/>
          <w:sz w:val="20"/>
        </w:rPr>
        <w:t>Cancellations made within _______ days of the event will forfeit all payments made.</w:t>
      </w:r>
    </w:p>
    <w:p/>
    <w:p>
      <w:r>
        <w:rPr>
          <w:b/>
          <w:sz w:val="20"/>
        </w:rPr>
        <w:t>Client Responsibilities:</w:t>
      </w:r>
    </w:p>
    <w:p>
      <w:r>
        <w:rPr>
          <w:b w:val="0"/>
          <w:sz w:val="20"/>
        </w:rPr>
        <w:t>Client agrees to provide accurate and complete information regarding event details and cake specifications.</w:t>
      </w:r>
    </w:p>
    <w:p>
      <w:r>
        <w:rPr>
          <w:b w:val="0"/>
          <w:sz w:val="20"/>
        </w:rPr>
        <w:t>Client shall ensure someone is available to receive the cake at the agreed delivery time and location.</w:t>
      </w:r>
    </w:p>
    <w:p>
      <w:r>
        <w:rPr>
          <w:b w:val="0"/>
          <w:sz w:val="20"/>
        </w:rPr>
        <w:t>Client is responsible for maintaining proper storage and handling of the cake after delivery unless otherwise agreed.</w:t>
      </w:r>
    </w:p>
    <w:p/>
    <w:p>
      <w:r>
        <w:rPr>
          <w:b/>
          <w:sz w:val="20"/>
        </w:rPr>
        <w:t>Service Provider Responsibilities:</w:t>
      </w:r>
    </w:p>
    <w:p>
      <w:r>
        <w:rPr>
          <w:b w:val="0"/>
          <w:sz w:val="20"/>
        </w:rPr>
        <w:t>Service Provider agrees to prepare and deliver the cake as specified in this agreement.</w:t>
      </w:r>
    </w:p>
    <w:p>
      <w:r>
        <w:rPr>
          <w:b w:val="0"/>
          <w:sz w:val="20"/>
        </w:rPr>
        <w:t>Service Provider will use professional skill and care in the creation and delivery of the cake.</w:t>
      </w:r>
    </w:p>
    <w:p>
      <w:r>
        <w:rPr>
          <w:b w:val="0"/>
          <w:sz w:val="20"/>
        </w:rPr>
        <w:t>Service Provider is not liable for damage or loss caused by circumstances beyond their control, including but not limited to weather, traffic, or venue conditions.</w:t>
      </w:r>
    </w:p>
    <w:p/>
    <w:p>
      <w:r>
        <w:rPr>
          <w:b/>
          <w:sz w:val="20"/>
        </w:rPr>
        <w:t>Liability and Indemnification:</w:t>
      </w:r>
    </w:p>
    <w:p>
      <w:r>
        <w:rPr>
          <w:b w:val="0"/>
          <w:sz w:val="20"/>
        </w:rPr>
        <w:t>Service Provider shall not be liable for any indirect, incidental, or consequential damages arising from this agreement.</w:t>
      </w:r>
    </w:p>
    <w:p>
      <w:r>
        <w:rPr>
          <w:b w:val="0"/>
          <w:sz w:val="20"/>
        </w:rPr>
        <w:t>Client agrees to indemnify and hold harmless the Service Provider from any claims, damages, or expenses arising out of Client’s use or handling of the cake after delivery.</w:t>
      </w:r>
    </w:p>
    <w:p/>
    <w:p>
      <w:r>
        <w:rPr>
          <w:b/>
          <w:sz w:val="20"/>
        </w:rPr>
        <w:t>Force Majeure:</w:t>
      </w:r>
    </w:p>
    <w:p>
      <w:r>
        <w:rPr>
          <w:b w:val="0"/>
          <w:sz w:val="20"/>
        </w:rPr>
        <w:t>Neither party shall be liable for failure or delay in performance due to causes beyond their reasonable control including natural disasters, acts of government, or other emergencies.</w:t>
      </w:r>
    </w:p>
    <w:p>
      <w:r>
        <w:rPr>
          <w:b w:val="0"/>
          <w:sz w:val="20"/>
        </w:rPr>
        <w:t>In the event of a force majeure, the parties shall make reasonable efforts to reschedule or agree on alternative arrangements.</w:t>
      </w:r>
    </w:p>
    <w:p/>
    <w:p>
      <w:r>
        <w:rPr>
          <w:b/>
          <w:sz w:val="20"/>
        </w:rPr>
        <w:t>Governing Law and Dispute Resolution:</w:t>
      </w:r>
    </w:p>
    <w:p>
      <w:r>
        <w:rPr>
          <w:b w:val="0"/>
          <w:sz w:val="20"/>
        </w:rPr>
        <w:t>This Agreement shall be governed by and construed in accordance with the laws of the State of ________________, United States.</w:t>
      </w:r>
    </w:p>
    <w:p>
      <w:r>
        <w:rPr>
          <w:b w:val="0"/>
          <w:sz w:val="20"/>
        </w:rPr>
        <w:t>Any dispute arising under or in connection with this Agreement shall be resolved through good faith negotiation between the parties.</w:t>
      </w:r>
    </w:p>
    <w:p>
      <w:r>
        <w:rPr>
          <w:b w:val="0"/>
          <w:sz w:val="20"/>
        </w:rPr>
        <w:t>If unresolved, disputes shall be submitted to mediation before any legal action.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Agreement constitutes the entire understanding between the parties and supersedes all prior agreements or understandings related to the subject matter herein.</w:t>
      </w:r>
    </w:p>
    <w:p>
      <w:r>
        <w:rPr>
          <w:b w:val="0"/>
          <w:sz w:val="20"/>
        </w:rPr>
        <w:t>Any amendments or modifications must be made in writing and signed by both parties.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SERVICE PROVIDER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https://docs-life.com/wedding-cake-contract-template/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https://docs-life.com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docs-life.com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life.com/wedding-cake-contract-template/" TargetMode="External"/><Relationship Id="rId10" Type="http://schemas.openxmlformats.org/officeDocument/2006/relationships/hyperlink" Target="https://docs-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