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 OF MARRIED COUPLE</w:t>
      </w:r>
    </w:p>
    <w:p/>
    <w:p/>
    <w:p>
      <w:r>
        <w:rPr>
          <w:b w:val="0"/>
          <w:sz w:val="20"/>
        </w:rPr>
        <w:t>We, the undersigned, being husband and wife, of sound mind and legal capacity, hereby declare this to be our joint Last Will and Testament, revoking all prior wills and codicils executed by either of us, individually or jointly. We make this Will to provide for the disposition of our property upon the death of either or both of us, in accordance with United States law.</w:t>
      </w:r>
    </w:p>
    <w:p/>
    <w:p>
      <w:r>
        <w:rPr>
          <w:b/>
          <w:sz w:val="20"/>
        </w:rPr>
        <w:t>Testators’ Information:</w:t>
      </w:r>
    </w:p>
    <w:p>
      <w:r>
        <w:rPr>
          <w:b w:val="0"/>
          <w:sz w:val="20"/>
        </w:rPr>
        <w:t>Husband’s Full Name: ________________________________________________</w:t>
      </w:r>
    </w:p>
    <w:p>
      <w:r>
        <w:rPr>
          <w:b w:val="0"/>
          <w:sz w:val="20"/>
        </w:rPr>
        <w:t>Wife’s Full Name: __________________________________________________</w:t>
      </w:r>
    </w:p>
    <w:p>
      <w:r>
        <w:rPr>
          <w:b w:val="0"/>
          <w:sz w:val="20"/>
        </w:rPr>
        <w:t>Address: ____________________________________________________________</w:t>
      </w:r>
    </w:p>
    <w:p>
      <w:r>
        <w:rPr>
          <w:b w:val="0"/>
          <w:sz w:val="20"/>
        </w:rPr>
        <w:t>City, State, ZIP Code: ______________________________________________</w:t>
      </w:r>
    </w:p>
    <w:p/>
    <w:p>
      <w:r>
        <w:rPr>
          <w:b/>
          <w:sz w:val="20"/>
        </w:rPr>
        <w:t>Article 1 – Appointment of Executors</w:t>
      </w:r>
    </w:p>
    <w:p>
      <w:r>
        <w:rPr>
          <w:b w:val="0"/>
          <w:sz w:val="20"/>
        </w:rPr>
        <w:t>We hereby nominate and appoint each other as Executors of this Will. In the event that either of us is unable or unwilling to serve as Executor, we appoint the following alternate Executor(s) to serve in their place:</w:t>
      </w:r>
    </w:p>
    <w:p>
      <w:r>
        <w:rPr>
          <w:b w:val="0"/>
          <w:sz w:val="20"/>
        </w:rPr>
        <w:t>Alternate Executor 1: _______________________________________________</w:t>
      </w:r>
    </w:p>
    <w:p>
      <w:r>
        <w:rPr>
          <w:b w:val="0"/>
          <w:sz w:val="20"/>
        </w:rPr>
        <w:t>Alternate Executor 2: _______________________________________________</w:t>
      </w:r>
    </w:p>
    <w:p/>
    <w:p>
      <w:r>
        <w:rPr>
          <w:b/>
          <w:sz w:val="20"/>
        </w:rPr>
        <w:t>Article 2 – Payment of Debts and Expenses</w:t>
      </w:r>
    </w:p>
    <w:p>
      <w:r>
        <w:rPr>
          <w:b w:val="0"/>
          <w:sz w:val="20"/>
        </w:rPr>
        <w:t>We direct our Executors to pay all our just debts, funeral expenses, and the expenses of administering our estate as soon as practicable after our deaths.</w:t>
      </w:r>
    </w:p>
    <w:p/>
    <w:p>
      <w:r>
        <w:rPr>
          <w:b/>
          <w:sz w:val="20"/>
        </w:rPr>
        <w:t>Article 3 – Specific Bequests</w:t>
      </w:r>
    </w:p>
    <w:p>
      <w:r>
        <w:rPr>
          <w:b w:val="0"/>
          <w:sz w:val="20"/>
        </w:rPr>
        <w:t>We give, devise, and bequeath the following specific property to the persons named below:</w:t>
      </w:r>
    </w:p>
    <w:p>
      <w:r>
        <w:rPr>
          <w:b w:val="0"/>
          <w:sz w:val="20"/>
        </w:rPr>
        <w:t>1. To ______________________________________, we give the following property: ________________________________________________________________</w:t>
      </w:r>
    </w:p>
    <w:p>
      <w:r>
        <w:rPr>
          <w:b w:val="0"/>
          <w:sz w:val="20"/>
        </w:rPr>
        <w:t>2. To ______________________________________, we give the following property: ________________________________________________________________</w:t>
      </w:r>
    </w:p>
    <w:p>
      <w:r>
        <w:rPr>
          <w:b w:val="0"/>
          <w:sz w:val="20"/>
        </w:rPr>
        <w:t>3. To ______________________________________, we give the following property: ________________________________________________________________</w:t>
      </w:r>
    </w:p>
    <w:p>
      <w:r>
        <w:rPr>
          <w:b w:val="0"/>
          <w:sz w:val="20"/>
        </w:rPr>
        <w:t>If any beneficiary named above should predecease us, the gift shall lapse and become part of the residuary estate.</w:t>
      </w:r>
    </w:p>
    <w:p/>
    <w:p>
      <w:r>
        <w:rPr>
          <w:b/>
          <w:sz w:val="20"/>
        </w:rPr>
        <w:t>Article 4 – Disposition of Residuary Estate</w:t>
      </w:r>
    </w:p>
    <w:p>
      <w:r>
        <w:rPr>
          <w:b w:val="0"/>
          <w:sz w:val="20"/>
        </w:rPr>
        <w:t>We give, devise, and bequeath all the rest, residue, and remainder of our estate, of whatever kind and wherever located, to the surviving spouse. Upon the death of the surviving spouse, the residuary estate shall be distributed as follows:</w:t>
      </w:r>
    </w:p>
    <w:p>
      <w:r>
        <w:rPr>
          <w:b w:val="0"/>
          <w:sz w:val="20"/>
        </w:rPr>
        <w:t>To ______________________________________ (relationship: ___________________), in the following share(s):</w:t>
      </w:r>
    </w:p>
    <w:p>
      <w:r>
        <w:rPr>
          <w:b w:val="0"/>
          <w:sz w:val="20"/>
        </w:rPr>
        <w:t>__________________________________________________________________________</w:t>
      </w:r>
    </w:p>
    <w:p>
      <w:r>
        <w:rPr>
          <w:b w:val="0"/>
          <w:sz w:val="20"/>
        </w:rPr>
        <w:t>To ______________________________________ (relationship: ___________________), in the following share(s):</w:t>
      </w:r>
    </w:p>
    <w:p>
      <w:r>
        <w:rPr>
          <w:b w:val="0"/>
          <w:sz w:val="20"/>
        </w:rPr>
        <w:t>__________________________________________________________________________</w:t>
      </w:r>
    </w:p>
    <w:p>
      <w:r>
        <w:rPr>
          <w:b w:val="0"/>
          <w:sz w:val="20"/>
        </w:rPr>
        <w:t>If any beneficiary does not survive the surviving spouse by thirty (30) days, their share shall be distributed to their issue per stirpes, or if none, then to the remaining residuary beneficiaries in equal shares.</w:t>
      </w:r>
    </w:p>
    <w:p/>
    <w:p>
      <w:r>
        <w:rPr>
          <w:b/>
          <w:sz w:val="20"/>
        </w:rPr>
        <w:t>Article 5 – Guardianship of Minor Children</w:t>
      </w:r>
    </w:p>
    <w:p>
      <w:r>
        <w:rPr>
          <w:b w:val="0"/>
          <w:sz w:val="20"/>
        </w:rPr>
        <w:t>If both of us should die while any of our children are minors under the age of eighteen (18), we nominate the following person(s) as guardian(s) of the person and estate of such minor children:</w:t>
      </w:r>
    </w:p>
    <w:p>
      <w:r>
        <w:rPr>
          <w:b w:val="0"/>
          <w:sz w:val="20"/>
        </w:rPr>
        <w:t>Primary Guardian: ____________________________________________________</w:t>
      </w:r>
    </w:p>
    <w:p>
      <w:r>
        <w:rPr>
          <w:b w:val="0"/>
          <w:sz w:val="20"/>
        </w:rPr>
        <w:t>Alternate Guardian: ___________________________________________________</w:t>
      </w:r>
    </w:p>
    <w:p>
      <w:r>
        <w:rPr>
          <w:b w:val="0"/>
          <w:sz w:val="20"/>
        </w:rPr>
        <w:t>We direct our Executors to ensure the appointment of the nominated guardian(s) by the appropriate court.</w:t>
      </w:r>
    </w:p>
    <w:p/>
    <w:p>
      <w:r>
        <w:rPr>
          <w:b/>
          <w:sz w:val="20"/>
        </w:rPr>
        <w:t>Article 6 – Powers of Executors</w:t>
      </w:r>
    </w:p>
    <w:p>
      <w:r>
        <w:rPr>
          <w:b w:val="0"/>
          <w:sz w:val="20"/>
        </w:rPr>
        <w:t>Our Executors shall have all powers allowed by law to administer our estate, including but not limited to the power to sell, lease, mortgage, invest, and reinvest estate assets without court approval, to settle claims, to employ professionals, and to distribute property in cash or in kind.</w:t>
      </w:r>
    </w:p>
    <w:p/>
    <w:p>
      <w:r>
        <w:rPr>
          <w:b/>
          <w:sz w:val="20"/>
        </w:rPr>
        <w:t>Article 7 – No Contest Clause</w:t>
      </w:r>
    </w:p>
    <w:p>
      <w:r>
        <w:rPr>
          <w:b w:val="0"/>
          <w:sz w:val="20"/>
        </w:rPr>
        <w:t>If any beneficiary under this Will, or any person claiming under such beneficiary, shall contest this Will or any of its provisions, any share or interest in our estate given to such contesting beneficiary under this Will shall be forfeited and shall become part of the residuary estate.</w:t>
      </w:r>
    </w:p>
    <w:p/>
    <w:p>
      <w:r>
        <w:rPr>
          <w:b/>
          <w:sz w:val="20"/>
        </w:rPr>
        <w:t>Article 8 – Survivorship Requirement</w:t>
      </w:r>
    </w:p>
    <w:p>
      <w:r>
        <w:rPr>
          <w:b w:val="0"/>
          <w:sz w:val="20"/>
        </w:rPr>
        <w:t>A beneficiary must survive the decedent by thirty (30) days to take any interest under this Will, unless otherwise stated.</w:t>
      </w:r>
    </w:p>
    <w:p/>
    <w:p>
      <w:r>
        <w:rPr>
          <w:b/>
          <w:sz w:val="20"/>
        </w:rPr>
        <w:t>Article 9 – Governing Law</w:t>
      </w:r>
    </w:p>
    <w:p>
      <w:r>
        <w:rPr>
          <w:b w:val="0"/>
          <w:sz w:val="20"/>
        </w:rPr>
        <w:t>This Will shall be governed by and construed in accordance with the laws of the State in which we reside at the time of execution.</w:t>
      </w:r>
    </w:p>
    <w:p/>
    <w:p/>
    <w:p>
      <w:r>
        <w:rPr>
          <w:b w:val="0"/>
          <w:sz w:val="20"/>
        </w:rPr>
        <w:t>IN WITNESS WHEREOF, we have hereunto set our hands and seals, declaring and publishing this to be our joint Last Will and Testament, on the day and year first above written.</w:t>
      </w:r>
    </w:p>
    <w:p/>
    <w:p/>
    <w:p>
      <w:r>
        <w:rPr>
          <w:b w:val="0"/>
          <w:sz w:val="20"/>
        </w:rPr>
        <w:t>Signed, sealed, declared, and published by the above-named Testators as their joint Last Will and Testament, in the presence of us, who at their request and in their presence, and in the presence of each other, have hereunto subscribed our names as witnesses.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HUSBAND (Testator)</w:t>
            </w:r>
          </w:p>
        </w:tc>
        <w:tc>
          <w:tcPr>
            <w:tcW w:type="dxa" w:w="4986"/>
            <w:tcBorders>
              <w:top w:val="nil"/>
              <w:left w:val="nil"/>
              <w:bottom w:val="nil"/>
              <w:right w:val="nil"/>
              <w:insideH w:val="nil"/>
              <w:insideV w:val="nil"/>
            </w:tcBorders>
          </w:tcPr>
          <w:p>
            <w:pPr>
              <w:jc w:val="center"/>
            </w:pPr>
            <w:r>
              <w:t>WIFE (Testator)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r>
        <w:tc>
          <w:tcPr>
            <w:tcW w:type="dxa" w:w="4986"/>
            <w:tcBorders>
              <w:top w:val="nil"/>
              <w:left w:val="nil"/>
              <w:bottom w:val="nil"/>
              <w:right w:val="nil"/>
              <w:insideH w:val="nil"/>
              <w:insideV w:val="nil"/>
            </w:tcBorders>
          </w:tcPr>
          <w:p>
            <w:pPr>
              <w:jc w:val="center"/>
            </w:pPr>
            <w:r>
              <w:t>Witness 1 Signature: __________________</w:t>
            </w:r>
          </w:p>
        </w:tc>
        <w:tc>
          <w:tcPr>
            <w:tcW w:type="dxa" w:w="4986"/>
            <w:tcBorders>
              <w:top w:val="nil"/>
              <w:left w:val="nil"/>
              <w:bottom w:val="nil"/>
              <w:right w:val="nil"/>
              <w:insideH w:val="nil"/>
              <w:insideV w:val="nil"/>
            </w:tcBorders>
          </w:tcPr>
          <w:p>
            <w:pPr>
              <w:jc w:val="center"/>
            </w:pPr>
            <w:r>
              <w:t>Printed Name: ______________________</w:t>
            </w:r>
          </w:p>
        </w:tc>
      </w:tr>
      <w:tr>
        <w:tc>
          <w:tcPr>
            <w:tcW w:type="dxa" w:w="4986"/>
            <w:tcBorders>
              <w:top w:val="nil"/>
              <w:left w:val="nil"/>
              <w:bottom w:val="nil"/>
              <w:right w:val="nil"/>
              <w:insideH w:val="nil"/>
              <w:insideV w:val="nil"/>
            </w:tcBorders>
          </w:tcPr>
          <w:p>
            <w:pPr>
              <w:jc w:val="center"/>
            </w:pPr>
            <w:r>
              <w:t>Witness 2 Signature: __________________</w:t>
            </w:r>
          </w:p>
        </w:tc>
        <w:tc>
          <w:tcPr>
            <w:tcW w:type="dxa" w:w="4986"/>
            <w:tcBorders>
              <w:top w:val="nil"/>
              <w:left w:val="nil"/>
              <w:bottom w:val="nil"/>
              <w:right w:val="nil"/>
              <w:insideH w:val="nil"/>
              <w:insideV w:val="nil"/>
            </w:tcBorders>
          </w:tcPr>
          <w:p>
            <w:pPr>
              <w:jc w:val="center"/>
            </w:pPr>
            <w:r>
              <w:t>Printed Name: ______________________</w:t>
            </w:r>
          </w:p>
        </w:tc>
      </w:tr>
    </w:tbl>
    <w:p/>
    <w:p/>
    <w:p>
      <w:pPr>
        <w:jc w:val="center"/>
      </w:pPr>
      <w:r>
        <w:rPr>
          <w:b/>
          <w:sz w:val="20"/>
        </w:rPr>
        <w:t>NOTARY ACKNOWLEDGMENT</w:t>
      </w:r>
    </w:p>
    <w:p/>
    <w:p>
      <w:r>
        <w:rPr>
          <w:b w:val="0"/>
          <w:sz w:val="20"/>
        </w:rPr>
        <w:t>State of ____________________</w:t>
      </w:r>
    </w:p>
    <w:p>
      <w:r>
        <w:rPr>
          <w:b w:val="0"/>
          <w:sz w:val="20"/>
        </w:rPr>
        <w:t>County of ___________________</w:t>
      </w:r>
    </w:p>
    <w:p>
      <w:r>
        <w:rPr>
          <w:b w:val="0"/>
          <w:sz w:val="20"/>
        </w:rPr>
        <w:t>Subscribed, sworn to and acknowledged before me by _____________________________________ and _____________________________________, husband and wife, this ______ day of ____________________, 20____.</w:t>
      </w:r>
    </w:p>
    <w:p>
      <w:r>
        <w:rPr>
          <w:b w:val="0"/>
          <w:sz w:val="20"/>
        </w:rPr>
        <w:t>Notary Public Signature: ______________________________________________</w:t>
      </w:r>
    </w:p>
    <w:p>
      <w:r>
        <w:rPr>
          <w:b w:val="0"/>
          <w:sz w:val="20"/>
        </w:rPr>
        <w:t>My Commission Expires: _______________________________________________</w:t>
      </w:r>
    </w:p>
    <w:p>
      <w:r>
        <w:rPr>
          <w:b w:val="0"/>
          <w:sz w:val="20"/>
        </w:rPr>
        <w:t>Notary Seal:</w:t>
      </w:r>
    </w:p>
    <w:p/>
    <w:p>
      <w:r>
        <w:br w:type="page"/>
      </w:r>
    </w:p>
    <w:p>
      <w:pPr>
        <w:jc w:val="center"/>
      </w:pPr>
      <w:r>
        <w:rPr>
          <w:color w:val="555555"/>
          <w:sz w:val="24"/>
        </w:rPr>
        <w:t>Original source of this document:</w:t>
      </w:r>
    </w:p>
    <w:p>
      <w:pPr>
        <w:jc w:val="center"/>
      </w:pPr>
      <w:hyperlink r:id="rId9">
        <w:r>
          <w:rPr>
            <w:color w:val="0000FF"/>
            <w:u w:val="single"/>
          </w:rPr>
          <w:t>https://docs-life.com/will-template-for-married-couple/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will-template-for-married-coupl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